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BB706" w14:textId="7040EBE5" w:rsidR="00067E68" w:rsidRPr="006B1303" w:rsidRDefault="0015460C" w:rsidP="006769D4">
      <w:pPr>
        <w:spacing w:before="200" w:after="80"/>
        <w:jc w:val="center"/>
        <w:rPr>
          <w:rFonts w:ascii="Arial" w:hAnsi="Arial" w:cs="Arial"/>
          <w:b/>
          <w:color w:val="1E3A8A"/>
          <w:sz w:val="32"/>
          <w:szCs w:val="28"/>
          <w:lang w:val="sl-SI"/>
        </w:rPr>
      </w:pPr>
      <w:r w:rsidRPr="006B1303">
        <w:rPr>
          <w:rFonts w:ascii="Arial" w:hAnsi="Arial" w:cs="Arial"/>
          <w:b/>
          <w:color w:val="1E3A8A"/>
          <w:sz w:val="32"/>
          <w:szCs w:val="28"/>
          <w:lang w:val="sl-SI"/>
        </w:rPr>
        <w:t>SKUPINSKA PRIJAVNICA – EKIPA</w:t>
      </w:r>
    </w:p>
    <w:p w14:paraId="4691D02F" w14:textId="657075B8" w:rsidR="006769D4" w:rsidRPr="006B1303" w:rsidRDefault="006769D4" w:rsidP="006769D4">
      <w:pPr>
        <w:spacing w:before="200" w:after="80"/>
        <w:jc w:val="center"/>
        <w:rPr>
          <w:rFonts w:ascii="Arial" w:hAnsi="Arial" w:cs="Arial"/>
          <w:b/>
          <w:color w:val="1E3A8A"/>
          <w:sz w:val="32"/>
          <w:szCs w:val="28"/>
          <w:lang w:val="sl-SI"/>
        </w:rPr>
      </w:pPr>
      <w:r w:rsidRPr="006B1303">
        <w:rPr>
          <w:rFonts w:ascii="Arial" w:hAnsi="Arial" w:cs="Arial"/>
          <w:b/>
          <w:color w:val="1E3A8A"/>
          <w:sz w:val="32"/>
          <w:szCs w:val="28"/>
          <w:lang w:val="sl-SI"/>
        </w:rPr>
        <w:t>15. DRŽAVNE IGRE MATP SPECIALNE OLIMPIADE</w:t>
      </w:r>
    </w:p>
    <w:p w14:paraId="2660F1E1" w14:textId="2F0189BB" w:rsidR="006769D4" w:rsidRPr="006B1303" w:rsidRDefault="006769D4" w:rsidP="006769D4">
      <w:pPr>
        <w:spacing w:before="200" w:after="80"/>
        <w:jc w:val="center"/>
        <w:rPr>
          <w:rFonts w:ascii="Arial" w:hAnsi="Arial" w:cs="Arial"/>
          <w:b/>
          <w:color w:val="1E3A8A"/>
          <w:sz w:val="32"/>
          <w:szCs w:val="28"/>
          <w:lang w:val="sl-SI"/>
        </w:rPr>
      </w:pPr>
      <w:r w:rsidRPr="006B1303">
        <w:rPr>
          <w:rFonts w:ascii="Arial" w:hAnsi="Arial" w:cs="Arial"/>
          <w:b/>
          <w:color w:val="1E3A8A"/>
          <w:sz w:val="32"/>
          <w:szCs w:val="28"/>
          <w:lang w:val="sl-SI"/>
        </w:rPr>
        <w:t>VDC ZASAVJE, 20.11.2026</w:t>
      </w:r>
    </w:p>
    <w:p w14:paraId="690D98EF" w14:textId="77777777" w:rsidR="006769D4" w:rsidRPr="002573E8" w:rsidRDefault="006769D4" w:rsidP="006769D4">
      <w:pPr>
        <w:spacing w:before="200" w:after="80"/>
        <w:jc w:val="center"/>
        <w:rPr>
          <w:rFonts w:ascii="Arial" w:hAnsi="Arial" w:cs="Arial"/>
          <w:lang w:val="sl-SI"/>
        </w:rPr>
      </w:pPr>
    </w:p>
    <w:p w14:paraId="521D1A0A" w14:textId="77777777" w:rsidR="006B1303" w:rsidRDefault="0015460C">
      <w:pPr>
        <w:rPr>
          <w:rFonts w:ascii="Arial" w:hAnsi="Arial" w:cs="Arial"/>
          <w:i/>
          <w:lang w:val="sl-SI"/>
        </w:rPr>
      </w:pPr>
      <w:r w:rsidRPr="002573E8">
        <w:rPr>
          <w:rFonts w:ascii="Arial" w:hAnsi="Arial" w:cs="Arial"/>
          <w:i/>
          <w:lang w:val="sl-SI"/>
        </w:rPr>
        <w:t xml:space="preserve">Prijavnico izpolnite in pošljete na e-naslov: </w:t>
      </w:r>
      <w:hyperlink r:id="rId8" w:history="1">
        <w:r w:rsidR="006B1303" w:rsidRPr="00557A4A">
          <w:rPr>
            <w:rStyle w:val="Hiperpovezava"/>
            <w:rFonts w:ascii="Arial" w:hAnsi="Arial" w:cs="Arial"/>
            <w:i/>
            <w:lang w:val="sl-SI"/>
          </w:rPr>
          <w:t>tinkara.kovac@vdc-zasavje.si</w:t>
        </w:r>
      </w:hyperlink>
      <w:r w:rsidR="006B1303">
        <w:rPr>
          <w:rFonts w:ascii="Arial" w:hAnsi="Arial" w:cs="Arial"/>
          <w:i/>
          <w:lang w:val="sl-SI"/>
        </w:rPr>
        <w:t xml:space="preserve"> </w:t>
      </w:r>
    </w:p>
    <w:p w14:paraId="3D992A29" w14:textId="2F6F0B9C" w:rsidR="00067E68" w:rsidRPr="002573E8" w:rsidRDefault="0015460C">
      <w:pPr>
        <w:rPr>
          <w:rFonts w:ascii="Arial" w:hAnsi="Arial" w:cs="Arial"/>
          <w:i/>
          <w:lang w:val="sl-SI"/>
        </w:rPr>
      </w:pPr>
      <w:r w:rsidRPr="002573E8">
        <w:rPr>
          <w:rFonts w:ascii="Arial" w:hAnsi="Arial" w:cs="Arial"/>
          <w:i/>
          <w:lang w:val="sl-SI"/>
        </w:rPr>
        <w:t>do ponedeljka, 2. 11. 2026 do 12:00.</w:t>
      </w:r>
    </w:p>
    <w:p w14:paraId="2275BF9D" w14:textId="53673AF2" w:rsidR="006769D4" w:rsidRPr="002573E8" w:rsidRDefault="006769D4">
      <w:pPr>
        <w:rPr>
          <w:rFonts w:ascii="Arial" w:hAnsi="Arial" w:cs="Arial"/>
          <w:i/>
          <w:lang w:val="sl-SI"/>
        </w:rPr>
      </w:pPr>
      <w:r w:rsidRPr="002573E8">
        <w:rPr>
          <w:rFonts w:ascii="Arial" w:hAnsi="Arial" w:cs="Arial"/>
          <w:i/>
          <w:lang w:val="sl-SI"/>
        </w:rPr>
        <w:t xml:space="preserve">Račun za kotizacijo bo izdal VDC ZASAVJE. </w:t>
      </w:r>
    </w:p>
    <w:p w14:paraId="3A4D28DC" w14:textId="77777777" w:rsidR="006769D4" w:rsidRPr="002573E8" w:rsidRDefault="006769D4">
      <w:pPr>
        <w:rPr>
          <w:rFonts w:ascii="Arial" w:hAnsi="Arial" w:cs="Arial"/>
          <w:lang w:val="sl-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4"/>
        <w:gridCol w:w="6896"/>
      </w:tblGrid>
      <w:tr w:rsidR="006769D4" w:rsidRPr="002573E8" w14:paraId="3B53CD13" w14:textId="77777777" w:rsidTr="006769D4">
        <w:trPr>
          <w:jc w:val="center"/>
        </w:trPr>
        <w:tc>
          <w:tcPr>
            <w:tcW w:w="3184" w:type="dxa"/>
            <w:shd w:val="clear" w:color="auto" w:fill="F3F4F6"/>
          </w:tcPr>
          <w:p w14:paraId="37F33D96" w14:textId="77777777" w:rsidR="006769D4" w:rsidRPr="002573E8" w:rsidRDefault="006769D4">
            <w:pPr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b/>
                <w:szCs w:val="28"/>
                <w:lang w:val="sl-SI"/>
              </w:rPr>
              <w:t>Ekipa / organizacija:</w:t>
            </w:r>
          </w:p>
        </w:tc>
        <w:tc>
          <w:tcPr>
            <w:tcW w:w="6896" w:type="dxa"/>
          </w:tcPr>
          <w:p w14:paraId="70F8C800" w14:textId="77777777" w:rsidR="006769D4" w:rsidRPr="002573E8" w:rsidRDefault="006769D4">
            <w:pPr>
              <w:spacing w:after="40"/>
              <w:rPr>
                <w:rFonts w:ascii="Arial" w:hAnsi="Arial" w:cs="Arial"/>
                <w:lang w:val="sl-SI"/>
              </w:rPr>
            </w:pPr>
          </w:p>
        </w:tc>
      </w:tr>
      <w:tr w:rsidR="006769D4" w:rsidRPr="002573E8" w14:paraId="2819F8FC" w14:textId="77777777" w:rsidTr="006769D4">
        <w:trPr>
          <w:jc w:val="center"/>
        </w:trPr>
        <w:tc>
          <w:tcPr>
            <w:tcW w:w="3184" w:type="dxa"/>
            <w:shd w:val="clear" w:color="auto" w:fill="F3F4F6"/>
          </w:tcPr>
          <w:p w14:paraId="18EF36C2" w14:textId="77777777" w:rsidR="006769D4" w:rsidRPr="002573E8" w:rsidRDefault="006769D4">
            <w:pPr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b/>
                <w:szCs w:val="28"/>
                <w:lang w:val="sl-SI"/>
              </w:rPr>
              <w:t>Polni naslov:</w:t>
            </w:r>
          </w:p>
        </w:tc>
        <w:tc>
          <w:tcPr>
            <w:tcW w:w="6896" w:type="dxa"/>
          </w:tcPr>
          <w:p w14:paraId="71803F04" w14:textId="77777777" w:rsidR="006769D4" w:rsidRPr="002573E8" w:rsidRDefault="006769D4">
            <w:pPr>
              <w:spacing w:after="40"/>
              <w:rPr>
                <w:rFonts w:ascii="Arial" w:hAnsi="Arial" w:cs="Arial"/>
                <w:lang w:val="sl-SI"/>
              </w:rPr>
            </w:pPr>
          </w:p>
        </w:tc>
      </w:tr>
      <w:tr w:rsidR="006769D4" w:rsidRPr="002573E8" w14:paraId="22C36727" w14:textId="77777777" w:rsidTr="006769D4">
        <w:trPr>
          <w:jc w:val="center"/>
        </w:trPr>
        <w:tc>
          <w:tcPr>
            <w:tcW w:w="3184" w:type="dxa"/>
            <w:shd w:val="clear" w:color="auto" w:fill="F3F4F6"/>
          </w:tcPr>
          <w:p w14:paraId="0771941F" w14:textId="77777777" w:rsidR="006769D4" w:rsidRPr="002573E8" w:rsidRDefault="006769D4">
            <w:pPr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b/>
                <w:szCs w:val="28"/>
                <w:lang w:val="sl-SI"/>
              </w:rPr>
              <w:t>Davčna številka:</w:t>
            </w:r>
          </w:p>
        </w:tc>
        <w:tc>
          <w:tcPr>
            <w:tcW w:w="6896" w:type="dxa"/>
          </w:tcPr>
          <w:p w14:paraId="417CA54B" w14:textId="77777777" w:rsidR="006769D4" w:rsidRPr="002573E8" w:rsidRDefault="006769D4">
            <w:pPr>
              <w:spacing w:after="40"/>
              <w:rPr>
                <w:rFonts w:ascii="Arial" w:hAnsi="Arial" w:cs="Arial"/>
                <w:lang w:val="sl-SI"/>
              </w:rPr>
            </w:pPr>
          </w:p>
        </w:tc>
      </w:tr>
      <w:tr w:rsidR="006769D4" w:rsidRPr="002573E8" w14:paraId="1DC38B33" w14:textId="77777777" w:rsidTr="006769D4">
        <w:trPr>
          <w:jc w:val="center"/>
        </w:trPr>
        <w:tc>
          <w:tcPr>
            <w:tcW w:w="3184" w:type="dxa"/>
            <w:shd w:val="clear" w:color="auto" w:fill="F3F4F6"/>
          </w:tcPr>
          <w:p w14:paraId="3D590482" w14:textId="3BFB03EE" w:rsidR="006769D4" w:rsidRPr="002573E8" w:rsidRDefault="006769D4">
            <w:pPr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b/>
                <w:szCs w:val="28"/>
                <w:lang w:val="sl-SI"/>
              </w:rPr>
              <w:t>E-račun:</w:t>
            </w:r>
          </w:p>
        </w:tc>
        <w:tc>
          <w:tcPr>
            <w:tcW w:w="6896" w:type="dxa"/>
          </w:tcPr>
          <w:p w14:paraId="105F3763" w14:textId="02DD4D3E" w:rsidR="006769D4" w:rsidRPr="002573E8" w:rsidRDefault="006769D4">
            <w:pPr>
              <w:spacing w:after="40"/>
              <w:rPr>
                <w:rFonts w:ascii="Arial" w:hAnsi="Arial" w:cs="Arial"/>
                <w:lang w:val="sl-SI"/>
              </w:rPr>
            </w:pPr>
            <w:r w:rsidRPr="002573E8">
              <w:rPr>
                <w:rFonts w:ascii="Arial" w:hAnsi="Arial" w:cs="Arial"/>
                <w:lang w:val="sl-SI"/>
              </w:rPr>
              <w:t>DA / NE</w:t>
            </w:r>
          </w:p>
        </w:tc>
      </w:tr>
      <w:tr w:rsidR="006769D4" w:rsidRPr="002573E8" w14:paraId="58E5D173" w14:textId="77777777" w:rsidTr="006769D4">
        <w:trPr>
          <w:jc w:val="center"/>
        </w:trPr>
        <w:tc>
          <w:tcPr>
            <w:tcW w:w="3184" w:type="dxa"/>
            <w:shd w:val="clear" w:color="auto" w:fill="F3F4F6"/>
          </w:tcPr>
          <w:p w14:paraId="71BFEA55" w14:textId="77777777" w:rsidR="006769D4" w:rsidRPr="002573E8" w:rsidRDefault="006769D4">
            <w:pPr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b/>
                <w:szCs w:val="28"/>
                <w:lang w:val="sl-SI"/>
              </w:rPr>
              <w:t>Regija:</w:t>
            </w:r>
          </w:p>
        </w:tc>
        <w:tc>
          <w:tcPr>
            <w:tcW w:w="6896" w:type="dxa"/>
          </w:tcPr>
          <w:p w14:paraId="381FA840" w14:textId="77777777" w:rsidR="006769D4" w:rsidRPr="002573E8" w:rsidRDefault="006769D4">
            <w:pPr>
              <w:spacing w:after="40"/>
              <w:rPr>
                <w:rFonts w:ascii="Arial" w:hAnsi="Arial" w:cs="Arial"/>
                <w:lang w:val="sl-SI"/>
              </w:rPr>
            </w:pPr>
          </w:p>
        </w:tc>
      </w:tr>
      <w:tr w:rsidR="006769D4" w:rsidRPr="002573E8" w14:paraId="68982ACA" w14:textId="77777777" w:rsidTr="006769D4">
        <w:trPr>
          <w:jc w:val="center"/>
        </w:trPr>
        <w:tc>
          <w:tcPr>
            <w:tcW w:w="3184" w:type="dxa"/>
            <w:shd w:val="clear" w:color="auto" w:fill="F3F4F6"/>
          </w:tcPr>
          <w:p w14:paraId="03A10AF0" w14:textId="30E72DE4" w:rsidR="006769D4" w:rsidRPr="002573E8" w:rsidRDefault="006769D4">
            <w:pPr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b/>
                <w:szCs w:val="28"/>
                <w:lang w:val="sl-SI"/>
              </w:rPr>
              <w:t>Število tekmovalcev M:</w:t>
            </w:r>
          </w:p>
        </w:tc>
        <w:tc>
          <w:tcPr>
            <w:tcW w:w="6896" w:type="dxa"/>
          </w:tcPr>
          <w:p w14:paraId="1013CB31" w14:textId="77777777" w:rsidR="006769D4" w:rsidRPr="002573E8" w:rsidRDefault="006769D4">
            <w:pPr>
              <w:spacing w:after="40"/>
              <w:rPr>
                <w:rFonts w:ascii="Arial" w:hAnsi="Arial" w:cs="Arial"/>
                <w:lang w:val="sl-SI"/>
              </w:rPr>
            </w:pPr>
          </w:p>
        </w:tc>
      </w:tr>
      <w:tr w:rsidR="006769D4" w:rsidRPr="002573E8" w14:paraId="6DD8B9D3" w14:textId="77777777" w:rsidTr="006769D4">
        <w:trPr>
          <w:jc w:val="center"/>
        </w:trPr>
        <w:tc>
          <w:tcPr>
            <w:tcW w:w="3184" w:type="dxa"/>
            <w:shd w:val="clear" w:color="auto" w:fill="F3F4F6"/>
          </w:tcPr>
          <w:p w14:paraId="6AA3C2BB" w14:textId="5EA99583" w:rsidR="006769D4" w:rsidRPr="002573E8" w:rsidRDefault="006769D4" w:rsidP="006769D4">
            <w:pPr>
              <w:rPr>
                <w:rFonts w:ascii="Arial" w:hAnsi="Arial" w:cs="Arial"/>
                <w:b/>
                <w:szCs w:val="28"/>
                <w:lang w:val="sl-SI"/>
              </w:rPr>
            </w:pPr>
            <w:r w:rsidRPr="002573E8">
              <w:rPr>
                <w:rFonts w:ascii="Arial" w:hAnsi="Arial" w:cs="Arial"/>
                <w:b/>
                <w:szCs w:val="28"/>
                <w:lang w:val="sl-SI"/>
              </w:rPr>
              <w:t>Število tekmovalcev Ž:</w:t>
            </w:r>
          </w:p>
        </w:tc>
        <w:tc>
          <w:tcPr>
            <w:tcW w:w="6896" w:type="dxa"/>
          </w:tcPr>
          <w:p w14:paraId="27727AAB" w14:textId="77777777" w:rsidR="006769D4" w:rsidRPr="002573E8" w:rsidRDefault="006769D4" w:rsidP="006769D4">
            <w:pPr>
              <w:spacing w:after="40"/>
              <w:rPr>
                <w:rFonts w:ascii="Arial" w:hAnsi="Arial" w:cs="Arial"/>
                <w:lang w:val="sl-SI"/>
              </w:rPr>
            </w:pPr>
          </w:p>
        </w:tc>
      </w:tr>
      <w:tr w:rsidR="006769D4" w:rsidRPr="002573E8" w14:paraId="41126BE5" w14:textId="77777777" w:rsidTr="006769D4">
        <w:trPr>
          <w:jc w:val="center"/>
        </w:trPr>
        <w:tc>
          <w:tcPr>
            <w:tcW w:w="3184" w:type="dxa"/>
            <w:shd w:val="clear" w:color="auto" w:fill="F3F4F6"/>
          </w:tcPr>
          <w:p w14:paraId="30AE7F32" w14:textId="77777777" w:rsidR="006769D4" w:rsidRPr="002573E8" w:rsidRDefault="006769D4" w:rsidP="006769D4">
            <w:pPr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b/>
                <w:szCs w:val="28"/>
                <w:lang w:val="sl-SI"/>
              </w:rPr>
              <w:t>Število spremljevalcev:</w:t>
            </w:r>
          </w:p>
        </w:tc>
        <w:tc>
          <w:tcPr>
            <w:tcW w:w="6896" w:type="dxa"/>
          </w:tcPr>
          <w:p w14:paraId="1F4216BF" w14:textId="77777777" w:rsidR="006769D4" w:rsidRPr="002573E8" w:rsidRDefault="006769D4" w:rsidP="006769D4">
            <w:pPr>
              <w:spacing w:after="40"/>
              <w:rPr>
                <w:rFonts w:ascii="Arial" w:hAnsi="Arial" w:cs="Arial"/>
                <w:lang w:val="sl-SI"/>
              </w:rPr>
            </w:pPr>
          </w:p>
        </w:tc>
      </w:tr>
      <w:tr w:rsidR="006769D4" w:rsidRPr="002573E8" w14:paraId="2BB85D6D" w14:textId="77777777" w:rsidTr="006769D4">
        <w:trPr>
          <w:jc w:val="center"/>
        </w:trPr>
        <w:tc>
          <w:tcPr>
            <w:tcW w:w="3184" w:type="dxa"/>
            <w:shd w:val="clear" w:color="auto" w:fill="F3F4F6"/>
          </w:tcPr>
          <w:p w14:paraId="7AC1FAD1" w14:textId="77777777" w:rsidR="006769D4" w:rsidRPr="002573E8" w:rsidRDefault="006769D4" w:rsidP="006769D4">
            <w:pPr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b/>
                <w:szCs w:val="28"/>
                <w:lang w:val="sl-SI"/>
              </w:rPr>
              <w:t>Kontaktna oseba:</w:t>
            </w:r>
          </w:p>
        </w:tc>
        <w:tc>
          <w:tcPr>
            <w:tcW w:w="6896" w:type="dxa"/>
          </w:tcPr>
          <w:p w14:paraId="5F26EA49" w14:textId="77777777" w:rsidR="006769D4" w:rsidRPr="002573E8" w:rsidRDefault="006769D4" w:rsidP="006769D4">
            <w:pPr>
              <w:spacing w:after="40"/>
              <w:rPr>
                <w:rFonts w:ascii="Arial" w:hAnsi="Arial" w:cs="Arial"/>
                <w:lang w:val="sl-SI"/>
              </w:rPr>
            </w:pPr>
          </w:p>
        </w:tc>
      </w:tr>
      <w:tr w:rsidR="006769D4" w:rsidRPr="002573E8" w14:paraId="6448CA7F" w14:textId="77777777" w:rsidTr="006769D4">
        <w:trPr>
          <w:jc w:val="center"/>
        </w:trPr>
        <w:tc>
          <w:tcPr>
            <w:tcW w:w="3184" w:type="dxa"/>
            <w:shd w:val="clear" w:color="auto" w:fill="F3F4F6"/>
          </w:tcPr>
          <w:p w14:paraId="5AE4F48A" w14:textId="77777777" w:rsidR="006769D4" w:rsidRPr="002573E8" w:rsidRDefault="006769D4" w:rsidP="006769D4">
            <w:pPr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b/>
                <w:szCs w:val="28"/>
                <w:lang w:val="sl-SI"/>
              </w:rPr>
              <w:t>Telefon kontaktne osebe:</w:t>
            </w:r>
          </w:p>
        </w:tc>
        <w:tc>
          <w:tcPr>
            <w:tcW w:w="6896" w:type="dxa"/>
          </w:tcPr>
          <w:p w14:paraId="03637C12" w14:textId="77777777" w:rsidR="006769D4" w:rsidRPr="002573E8" w:rsidRDefault="006769D4" w:rsidP="006769D4">
            <w:pPr>
              <w:spacing w:after="40"/>
              <w:rPr>
                <w:rFonts w:ascii="Arial" w:hAnsi="Arial" w:cs="Arial"/>
                <w:lang w:val="sl-SI"/>
              </w:rPr>
            </w:pPr>
          </w:p>
        </w:tc>
      </w:tr>
      <w:tr w:rsidR="006769D4" w:rsidRPr="002573E8" w14:paraId="41229D8F" w14:textId="77777777" w:rsidTr="006769D4">
        <w:trPr>
          <w:jc w:val="center"/>
        </w:trPr>
        <w:tc>
          <w:tcPr>
            <w:tcW w:w="3184" w:type="dxa"/>
            <w:shd w:val="clear" w:color="auto" w:fill="F3F4F6"/>
          </w:tcPr>
          <w:p w14:paraId="578D4B3E" w14:textId="77777777" w:rsidR="006769D4" w:rsidRPr="002573E8" w:rsidRDefault="006769D4" w:rsidP="006769D4">
            <w:pPr>
              <w:rPr>
                <w:rFonts w:ascii="Arial" w:hAnsi="Arial" w:cs="Arial"/>
                <w:szCs w:val="28"/>
                <w:lang w:val="sl-SI"/>
              </w:rPr>
            </w:pPr>
            <w:r w:rsidRPr="002573E8">
              <w:rPr>
                <w:rFonts w:ascii="Arial" w:hAnsi="Arial" w:cs="Arial"/>
                <w:b/>
                <w:szCs w:val="28"/>
                <w:lang w:val="sl-SI"/>
              </w:rPr>
              <w:t>E-naslov kontaktne osebe:</w:t>
            </w:r>
          </w:p>
        </w:tc>
        <w:tc>
          <w:tcPr>
            <w:tcW w:w="6896" w:type="dxa"/>
          </w:tcPr>
          <w:p w14:paraId="55CB73A5" w14:textId="77777777" w:rsidR="006769D4" w:rsidRPr="002573E8" w:rsidRDefault="006769D4" w:rsidP="006769D4">
            <w:pPr>
              <w:spacing w:after="40"/>
              <w:rPr>
                <w:rFonts w:ascii="Arial" w:hAnsi="Arial" w:cs="Arial"/>
                <w:lang w:val="sl-SI"/>
              </w:rPr>
            </w:pPr>
          </w:p>
        </w:tc>
      </w:tr>
    </w:tbl>
    <w:p w14:paraId="68034326" w14:textId="77777777" w:rsidR="00067E68" w:rsidRPr="002573E8" w:rsidRDefault="00067E68">
      <w:pPr>
        <w:spacing w:after="120"/>
        <w:rPr>
          <w:rFonts w:ascii="Arial" w:hAnsi="Arial" w:cs="Arial"/>
          <w:lang w:val="sl-SI"/>
        </w:rPr>
      </w:pPr>
    </w:p>
    <w:p w14:paraId="7DB6E710" w14:textId="77777777" w:rsidR="006769D4" w:rsidRPr="002573E8" w:rsidRDefault="0015460C">
      <w:pPr>
        <w:rPr>
          <w:rFonts w:ascii="Arial" w:hAnsi="Arial" w:cs="Arial"/>
          <w:i/>
          <w:lang w:val="sl-SI"/>
        </w:rPr>
      </w:pPr>
      <w:r w:rsidRPr="002573E8">
        <w:rPr>
          <w:rFonts w:ascii="Arial" w:hAnsi="Arial" w:cs="Arial"/>
          <w:i/>
          <w:lang w:val="sl-SI"/>
        </w:rPr>
        <w:t>Prijava šteje kot naročilo za izstavljen račun, ki vam ga pošljemo po turnirju.</w:t>
      </w:r>
    </w:p>
    <w:p w14:paraId="024D6192" w14:textId="6E73B1A6" w:rsidR="006769D4" w:rsidRPr="002573E8" w:rsidRDefault="0015460C">
      <w:pPr>
        <w:rPr>
          <w:rFonts w:ascii="Arial" w:hAnsi="Arial" w:cs="Arial"/>
          <w:b/>
          <w:lang w:val="sl-SI"/>
        </w:rPr>
      </w:pPr>
      <w:r w:rsidRPr="002573E8">
        <w:rPr>
          <w:rFonts w:ascii="Arial" w:hAnsi="Arial" w:cs="Arial"/>
          <w:b/>
          <w:lang w:val="sl-SI"/>
        </w:rPr>
        <w:t>Žig organizacije</w:t>
      </w:r>
      <w:r w:rsidR="006769D4" w:rsidRPr="002573E8">
        <w:rPr>
          <w:rFonts w:ascii="Arial" w:hAnsi="Arial" w:cs="Arial"/>
          <w:b/>
          <w:lang w:val="sl-SI"/>
        </w:rPr>
        <w:t xml:space="preserve"> </w:t>
      </w:r>
    </w:p>
    <w:p w14:paraId="6033FE97" w14:textId="67731DFF" w:rsidR="00067E68" w:rsidRPr="002573E8" w:rsidRDefault="0015460C">
      <w:pPr>
        <w:rPr>
          <w:rFonts w:ascii="Arial" w:hAnsi="Arial" w:cs="Arial"/>
          <w:lang w:val="sl-SI"/>
        </w:rPr>
      </w:pPr>
      <w:r w:rsidRPr="002573E8">
        <w:rPr>
          <w:rFonts w:ascii="Arial" w:hAnsi="Arial" w:cs="Arial"/>
          <w:b/>
          <w:lang w:val="sl-SI"/>
        </w:rPr>
        <w:t xml:space="preserve">Podpis odgovorne osebe: </w:t>
      </w:r>
    </w:p>
    <w:sectPr w:rsidR="00067E68" w:rsidRPr="002573E8" w:rsidSect="002573E8">
      <w:headerReference w:type="default" r:id="rId9"/>
      <w:footerReference w:type="default" r:id="rId10"/>
      <w:pgSz w:w="12240" w:h="15840"/>
      <w:pgMar w:top="737" w:right="862" w:bottom="737" w:left="86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AA9FC" w14:textId="77777777" w:rsidR="002A26F1" w:rsidRDefault="002A26F1" w:rsidP="002573E8">
      <w:pPr>
        <w:spacing w:after="0" w:line="240" w:lineRule="auto"/>
      </w:pPr>
      <w:r>
        <w:separator/>
      </w:r>
    </w:p>
  </w:endnote>
  <w:endnote w:type="continuationSeparator" w:id="0">
    <w:p w14:paraId="7CCFC60C" w14:textId="77777777" w:rsidR="002A26F1" w:rsidRDefault="002A26F1" w:rsidP="00257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AFB75" w14:textId="3B216E5B" w:rsidR="008025D4" w:rsidRPr="008025D4" w:rsidRDefault="008025D4" w:rsidP="008025D4">
    <w:pPr>
      <w:pStyle w:val="Noga"/>
      <w:jc w:val="right"/>
      <w:rPr>
        <w:rFonts w:ascii="Arial" w:hAnsi="Arial" w:cs="Arial"/>
        <w:sz w:val="16"/>
        <w:szCs w:val="16"/>
      </w:rPr>
    </w:pPr>
    <w:r w:rsidRPr="008025D4">
      <w:rPr>
        <w:rFonts w:ascii="Arial" w:hAnsi="Arial" w:cs="Arial"/>
        <w:sz w:val="16"/>
        <w:szCs w:val="16"/>
        <w:lang w:val="sl-SI"/>
      </w:rPr>
      <w:t xml:space="preserve">Stran </w:t>
    </w:r>
    <w:r w:rsidRPr="008025D4">
      <w:rPr>
        <w:rFonts w:ascii="Arial" w:hAnsi="Arial" w:cs="Arial"/>
        <w:b/>
        <w:bCs/>
        <w:sz w:val="16"/>
        <w:szCs w:val="16"/>
      </w:rPr>
      <w:fldChar w:fldCharType="begin"/>
    </w:r>
    <w:r w:rsidRPr="008025D4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8025D4">
      <w:rPr>
        <w:rFonts w:ascii="Arial" w:hAnsi="Arial" w:cs="Arial"/>
        <w:b/>
        <w:bCs/>
        <w:sz w:val="16"/>
        <w:szCs w:val="16"/>
      </w:rPr>
      <w:fldChar w:fldCharType="separate"/>
    </w:r>
    <w:r>
      <w:rPr>
        <w:rFonts w:ascii="Arial" w:hAnsi="Arial" w:cs="Arial"/>
        <w:b/>
        <w:bCs/>
        <w:sz w:val="16"/>
        <w:szCs w:val="16"/>
      </w:rPr>
      <w:t>1</w:t>
    </w:r>
    <w:r w:rsidRPr="008025D4">
      <w:rPr>
        <w:rFonts w:ascii="Arial" w:hAnsi="Arial" w:cs="Arial"/>
        <w:b/>
        <w:bCs/>
        <w:sz w:val="16"/>
        <w:szCs w:val="16"/>
      </w:rPr>
      <w:fldChar w:fldCharType="end"/>
    </w:r>
    <w:r w:rsidRPr="008025D4">
      <w:rPr>
        <w:rFonts w:ascii="Arial" w:hAnsi="Arial" w:cs="Arial"/>
        <w:sz w:val="16"/>
        <w:szCs w:val="16"/>
        <w:lang w:val="sl-SI"/>
      </w:rPr>
      <w:t xml:space="preserve"> od </w:t>
    </w:r>
    <w:r w:rsidRPr="008025D4">
      <w:rPr>
        <w:rFonts w:ascii="Arial" w:hAnsi="Arial" w:cs="Arial"/>
        <w:b/>
        <w:bCs/>
        <w:sz w:val="16"/>
        <w:szCs w:val="16"/>
      </w:rPr>
      <w:fldChar w:fldCharType="begin"/>
    </w:r>
    <w:r w:rsidRPr="008025D4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8025D4">
      <w:rPr>
        <w:rFonts w:ascii="Arial" w:hAnsi="Arial" w:cs="Arial"/>
        <w:b/>
        <w:bCs/>
        <w:sz w:val="16"/>
        <w:szCs w:val="16"/>
      </w:rPr>
      <w:fldChar w:fldCharType="separate"/>
    </w:r>
    <w:r>
      <w:rPr>
        <w:rFonts w:ascii="Arial" w:hAnsi="Arial" w:cs="Arial"/>
        <w:b/>
        <w:bCs/>
        <w:sz w:val="16"/>
        <w:szCs w:val="16"/>
      </w:rPr>
      <w:t>6</w:t>
    </w:r>
    <w:r w:rsidRPr="008025D4"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6576D" w14:textId="77777777" w:rsidR="002A26F1" w:rsidRDefault="002A26F1" w:rsidP="002573E8">
      <w:pPr>
        <w:spacing w:after="0" w:line="240" w:lineRule="auto"/>
      </w:pPr>
      <w:r>
        <w:separator/>
      </w:r>
    </w:p>
  </w:footnote>
  <w:footnote w:type="continuationSeparator" w:id="0">
    <w:p w14:paraId="29A0E780" w14:textId="77777777" w:rsidR="002A26F1" w:rsidRDefault="002A26F1" w:rsidP="00257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64219" w14:textId="2D1A9520" w:rsidR="002573E8" w:rsidRDefault="002573E8" w:rsidP="002573E8">
    <w:pPr>
      <w:pStyle w:val="Glava"/>
      <w:jc w:val="center"/>
    </w:pPr>
    <w:r>
      <w:rPr>
        <w:noProof/>
      </w:rPr>
      <w:drawing>
        <wp:inline distT="0" distB="0" distL="0" distR="0" wp14:anchorId="508792DD" wp14:editId="59A4997E">
          <wp:extent cx="1661160" cy="838200"/>
          <wp:effectExtent l="0" t="0" r="0" b="0"/>
          <wp:docPr id="56" name="Slika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116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CE5AAFE" wp14:editId="6C5BACCC">
          <wp:extent cx="1104900" cy="1318260"/>
          <wp:effectExtent l="0" t="0" r="0" b="0"/>
          <wp:docPr id="57" name="Slika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1318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A7861A1" wp14:editId="5E741A0A">
          <wp:extent cx="2103120" cy="769620"/>
          <wp:effectExtent l="0" t="0" r="0" b="0"/>
          <wp:docPr id="58" name="Slika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31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C122A0" w14:textId="77777777" w:rsidR="002573E8" w:rsidRDefault="002573E8" w:rsidP="002573E8">
    <w:pPr>
      <w:pStyle w:val="Glav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70201856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FDF0529"/>
    <w:multiLevelType w:val="hybridMultilevel"/>
    <w:tmpl w:val="4F76B4F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065231"/>
    <w:multiLevelType w:val="hybridMultilevel"/>
    <w:tmpl w:val="984E6A36"/>
    <w:lvl w:ilvl="0" w:tplc="1A00CF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8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1954558">
    <w:abstractNumId w:val="8"/>
  </w:num>
  <w:num w:numId="2" w16cid:durableId="897859148">
    <w:abstractNumId w:val="6"/>
  </w:num>
  <w:num w:numId="3" w16cid:durableId="123161837">
    <w:abstractNumId w:val="5"/>
  </w:num>
  <w:num w:numId="4" w16cid:durableId="1913541265">
    <w:abstractNumId w:val="4"/>
  </w:num>
  <w:num w:numId="5" w16cid:durableId="35351347">
    <w:abstractNumId w:val="7"/>
  </w:num>
  <w:num w:numId="6" w16cid:durableId="614097481">
    <w:abstractNumId w:val="3"/>
  </w:num>
  <w:num w:numId="7" w16cid:durableId="1318419855">
    <w:abstractNumId w:val="2"/>
  </w:num>
  <w:num w:numId="8" w16cid:durableId="1084451436">
    <w:abstractNumId w:val="1"/>
  </w:num>
  <w:num w:numId="9" w16cid:durableId="1930769539">
    <w:abstractNumId w:val="0"/>
  </w:num>
  <w:num w:numId="10" w16cid:durableId="572853139">
    <w:abstractNumId w:val="9"/>
  </w:num>
  <w:num w:numId="11" w16cid:durableId="16473978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7E68"/>
    <w:rsid w:val="000805CF"/>
    <w:rsid w:val="000B532F"/>
    <w:rsid w:val="0015074B"/>
    <w:rsid w:val="0015460C"/>
    <w:rsid w:val="001D69D6"/>
    <w:rsid w:val="002573E8"/>
    <w:rsid w:val="00266402"/>
    <w:rsid w:val="0029639D"/>
    <w:rsid w:val="002A26F1"/>
    <w:rsid w:val="00326F90"/>
    <w:rsid w:val="003C1307"/>
    <w:rsid w:val="004F3E3B"/>
    <w:rsid w:val="005505BD"/>
    <w:rsid w:val="00633EBE"/>
    <w:rsid w:val="006769D4"/>
    <w:rsid w:val="006B1303"/>
    <w:rsid w:val="00773C3B"/>
    <w:rsid w:val="008025D4"/>
    <w:rsid w:val="008B363C"/>
    <w:rsid w:val="009832F5"/>
    <w:rsid w:val="00AA1D8D"/>
    <w:rsid w:val="00B40868"/>
    <w:rsid w:val="00B47730"/>
    <w:rsid w:val="00C06FC8"/>
    <w:rsid w:val="00C855F0"/>
    <w:rsid w:val="00CB0664"/>
    <w:rsid w:val="00CB3AA9"/>
    <w:rsid w:val="00D7002A"/>
    <w:rsid w:val="00E632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989AA5"/>
  <w14:defaultImageDpi w14:val="300"/>
  <w15:docId w15:val="{5E964D74-E5C9-4042-8085-96432FF9C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povezava">
    <w:name w:val="Hyperlink"/>
    <w:basedOn w:val="Privzetapisavaodstavka"/>
    <w:uiPriority w:val="99"/>
    <w:unhideWhenUsed/>
    <w:rsid w:val="000805CF"/>
    <w:rPr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573E8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uiPriority w:val="99"/>
    <w:semiHidden/>
    <w:unhideWhenUsed/>
    <w:rsid w:val="00633EB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633EB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633EB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33EB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33EBE"/>
    <w:rPr>
      <w:b/>
      <w:bCs/>
      <w:sz w:val="20"/>
      <w:szCs w:val="20"/>
    </w:rPr>
  </w:style>
  <w:style w:type="character" w:styleId="SledenaHiperpovezava">
    <w:name w:val="FollowedHyperlink"/>
    <w:basedOn w:val="Privzetapisavaodstavka"/>
    <w:uiPriority w:val="99"/>
    <w:semiHidden/>
    <w:unhideWhenUsed/>
    <w:rsid w:val="008025D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nkara.kovac@vdc-zasavje.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Domen Pociecha</cp:lastModifiedBy>
  <cp:revision>2</cp:revision>
  <cp:lastPrinted>2026-10-13T10:45:00Z</cp:lastPrinted>
  <dcterms:created xsi:type="dcterms:W3CDTF">2026-10-13T10:47:00Z</dcterms:created>
  <dcterms:modified xsi:type="dcterms:W3CDTF">2026-10-13T10:47:00Z</dcterms:modified>
  <cp:category/>
</cp:coreProperties>
</file>