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B6A3" w14:textId="7E758D2D" w:rsidR="00067E68" w:rsidRPr="002573E8" w:rsidRDefault="000805CF">
      <w:pPr>
        <w:spacing w:after="40"/>
        <w:jc w:val="center"/>
        <w:rPr>
          <w:rFonts w:ascii="Arial" w:hAnsi="Arial"/>
          <w:b/>
          <w:sz w:val="44"/>
          <w:szCs w:val="36"/>
          <w:lang w:val="sl-SI"/>
        </w:rPr>
      </w:pPr>
      <w:r w:rsidRPr="002573E8">
        <w:rPr>
          <w:rFonts w:ascii="Arial" w:hAnsi="Arial"/>
          <w:b/>
          <w:sz w:val="44"/>
          <w:szCs w:val="36"/>
          <w:lang w:val="sl-SI"/>
        </w:rPr>
        <w:t>RAZPIS</w:t>
      </w:r>
      <w:r w:rsidR="006769D4" w:rsidRPr="002573E8">
        <w:rPr>
          <w:rFonts w:ascii="Arial" w:hAnsi="Arial"/>
          <w:b/>
          <w:sz w:val="44"/>
          <w:szCs w:val="36"/>
          <w:lang w:val="sl-SI"/>
        </w:rPr>
        <w:t xml:space="preserve"> 15. DRŽAVNIH IGER MATP</w:t>
      </w:r>
    </w:p>
    <w:p w14:paraId="3D3E8E6D" w14:textId="6A564328" w:rsidR="000805CF" w:rsidRPr="002573E8" w:rsidRDefault="000805CF">
      <w:pPr>
        <w:spacing w:after="40"/>
        <w:jc w:val="center"/>
        <w:rPr>
          <w:lang w:val="sl-SI"/>
        </w:rPr>
      </w:pPr>
      <w:r w:rsidRPr="002573E8">
        <w:rPr>
          <w:noProof/>
          <w:lang w:val="sl-SI"/>
        </w:rPr>
        <w:drawing>
          <wp:inline distT="0" distB="0" distL="0" distR="0" wp14:anchorId="26BB30CE" wp14:editId="31ADD512">
            <wp:extent cx="5734685" cy="4045829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641" cy="405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5"/>
        <w:gridCol w:w="7323"/>
      </w:tblGrid>
      <w:tr w:rsidR="002573E8" w:rsidRPr="002573E8" w14:paraId="7CE7BD21" w14:textId="77777777" w:rsidTr="002573E8">
        <w:trPr>
          <w:jc w:val="center"/>
        </w:trPr>
        <w:tc>
          <w:tcPr>
            <w:tcW w:w="3045" w:type="dxa"/>
            <w:shd w:val="clear" w:color="auto" w:fill="FEF3C7"/>
            <w:vAlign w:val="center"/>
          </w:tcPr>
          <w:p w14:paraId="56DF351B" w14:textId="6A0735E6" w:rsidR="002573E8" w:rsidRPr="002573E8" w:rsidRDefault="002573E8" w:rsidP="008B363C">
            <w:pPr>
              <w:spacing w:before="240" w:line="240" w:lineRule="auto"/>
              <w:rPr>
                <w:rFonts w:ascii="Arial" w:hAnsi="Arial" w:cs="Arial"/>
                <w:sz w:val="24"/>
                <w:szCs w:val="24"/>
                <w:lang w:val="sl-SI"/>
              </w:rPr>
            </w:pPr>
            <w:r w:rsidRPr="002573E8"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  <w:t>PRIREDITELJ:</w:t>
            </w:r>
            <w:r w:rsidRPr="002573E8">
              <w:rPr>
                <w:rFonts w:ascii="Arial" w:hAnsi="Arial" w:cs="Arial"/>
                <w:sz w:val="24"/>
                <w:szCs w:val="24"/>
                <w:lang w:val="sl-SI"/>
              </w:rPr>
              <w:t xml:space="preserve"> </w:t>
            </w:r>
          </w:p>
        </w:tc>
        <w:tc>
          <w:tcPr>
            <w:tcW w:w="7323" w:type="dxa"/>
            <w:shd w:val="clear" w:color="auto" w:fill="FEF3C7"/>
            <w:vAlign w:val="center"/>
          </w:tcPr>
          <w:p w14:paraId="4C05284C" w14:textId="77AA9510" w:rsidR="002573E8" w:rsidRPr="002573E8" w:rsidRDefault="00F93DAB" w:rsidP="008B363C">
            <w:pPr>
              <w:spacing w:before="240" w:line="240" w:lineRule="auto"/>
              <w:rPr>
                <w:rFonts w:ascii="Arial" w:hAnsi="Arial" w:cs="Arial"/>
                <w:sz w:val="24"/>
                <w:szCs w:val="24"/>
                <w:lang w:val="sl-SI"/>
              </w:rPr>
            </w:pPr>
            <w:hyperlink r:id="rId9" w:history="1">
              <w:r w:rsidR="002573E8" w:rsidRPr="002573E8">
                <w:rPr>
                  <w:rStyle w:val="Hiperpovezava"/>
                  <w:rFonts w:ascii="Arial" w:hAnsi="Arial" w:cs="Arial"/>
                  <w:sz w:val="24"/>
                  <w:szCs w:val="24"/>
                  <w:lang w:val="sl-SI"/>
                </w:rPr>
                <w:t>Specialna olimpiada Slovenije</w:t>
              </w:r>
            </w:hyperlink>
          </w:p>
        </w:tc>
      </w:tr>
      <w:tr w:rsidR="002573E8" w:rsidRPr="002573E8" w14:paraId="3A4205D9" w14:textId="77777777" w:rsidTr="002573E8">
        <w:trPr>
          <w:jc w:val="center"/>
        </w:trPr>
        <w:tc>
          <w:tcPr>
            <w:tcW w:w="3045" w:type="dxa"/>
            <w:shd w:val="clear" w:color="auto" w:fill="FEF3C7"/>
            <w:vAlign w:val="center"/>
          </w:tcPr>
          <w:p w14:paraId="0C9B4476" w14:textId="23F7CADE" w:rsidR="002573E8" w:rsidRPr="002573E8" w:rsidRDefault="002573E8" w:rsidP="008B363C">
            <w:pPr>
              <w:spacing w:before="240" w:line="240" w:lineRule="auto"/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</w:pPr>
            <w:r w:rsidRPr="002573E8"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  <w:t>ORGANIZATOR:</w:t>
            </w:r>
            <w:r w:rsidRPr="002573E8">
              <w:rPr>
                <w:rFonts w:ascii="Arial" w:hAnsi="Arial" w:cs="Arial"/>
                <w:sz w:val="24"/>
                <w:szCs w:val="24"/>
                <w:lang w:val="sl-SI"/>
              </w:rPr>
              <w:t xml:space="preserve"> </w:t>
            </w:r>
          </w:p>
        </w:tc>
        <w:tc>
          <w:tcPr>
            <w:tcW w:w="7323" w:type="dxa"/>
            <w:shd w:val="clear" w:color="auto" w:fill="FEF3C7"/>
            <w:vAlign w:val="center"/>
          </w:tcPr>
          <w:p w14:paraId="3B9E12BF" w14:textId="67742BA5" w:rsidR="002573E8" w:rsidRPr="002573E8" w:rsidRDefault="00F93DAB" w:rsidP="008B363C">
            <w:pPr>
              <w:spacing w:before="240" w:line="240" w:lineRule="auto"/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</w:pPr>
            <w:hyperlink r:id="rId10" w:history="1">
              <w:r w:rsidR="002573E8" w:rsidRPr="002573E8">
                <w:rPr>
                  <w:rStyle w:val="Hiperpovezava"/>
                  <w:rFonts w:ascii="Arial" w:hAnsi="Arial" w:cs="Arial"/>
                  <w:sz w:val="24"/>
                  <w:szCs w:val="24"/>
                  <w:lang w:val="sl-SI"/>
                </w:rPr>
                <w:t>VDC Zasavje</w:t>
              </w:r>
            </w:hyperlink>
          </w:p>
        </w:tc>
      </w:tr>
      <w:tr w:rsidR="009832F5" w:rsidRPr="002573E8" w14:paraId="07CA66BE" w14:textId="77777777" w:rsidTr="002573E8">
        <w:trPr>
          <w:jc w:val="center"/>
        </w:trPr>
        <w:tc>
          <w:tcPr>
            <w:tcW w:w="3045" w:type="dxa"/>
            <w:shd w:val="clear" w:color="auto" w:fill="FEF3C7"/>
            <w:vAlign w:val="center"/>
          </w:tcPr>
          <w:p w14:paraId="59E09EAE" w14:textId="763BDF6F" w:rsidR="009832F5" w:rsidRPr="002573E8" w:rsidRDefault="009832F5" w:rsidP="008B363C">
            <w:pPr>
              <w:spacing w:before="240" w:line="240" w:lineRule="auto"/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  <w:t>VODJA TEKMOVANJA:</w:t>
            </w:r>
          </w:p>
        </w:tc>
        <w:tc>
          <w:tcPr>
            <w:tcW w:w="7323" w:type="dxa"/>
            <w:shd w:val="clear" w:color="auto" w:fill="FEF3C7"/>
            <w:vAlign w:val="center"/>
          </w:tcPr>
          <w:p w14:paraId="193455C0" w14:textId="402C00B7" w:rsidR="009832F5" w:rsidRDefault="009832F5" w:rsidP="008B363C">
            <w:pPr>
              <w:spacing w:before="240" w:line="240" w:lineRule="auto"/>
            </w:pPr>
            <w:r w:rsidRPr="009832F5">
              <w:rPr>
                <w:rFonts w:ascii="Arial" w:hAnsi="Arial" w:cs="Arial"/>
                <w:sz w:val="24"/>
                <w:szCs w:val="24"/>
                <w:lang w:val="sl-SI"/>
              </w:rPr>
              <w:t>Tinkara Kovač</w:t>
            </w:r>
          </w:p>
        </w:tc>
      </w:tr>
      <w:tr w:rsidR="002573E8" w:rsidRPr="002573E8" w14:paraId="26B9BF2F" w14:textId="77777777" w:rsidTr="002573E8">
        <w:trPr>
          <w:jc w:val="center"/>
        </w:trPr>
        <w:tc>
          <w:tcPr>
            <w:tcW w:w="3045" w:type="dxa"/>
            <w:shd w:val="clear" w:color="auto" w:fill="FEF3C7"/>
            <w:vAlign w:val="center"/>
          </w:tcPr>
          <w:p w14:paraId="75588E95" w14:textId="24A1C2E9" w:rsidR="002573E8" w:rsidRPr="002573E8" w:rsidRDefault="002573E8" w:rsidP="008B363C">
            <w:pPr>
              <w:spacing w:before="240" w:line="240" w:lineRule="auto"/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</w:pPr>
            <w:r w:rsidRPr="002573E8"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  <w:t>DATUM TEKMOVANJA:</w:t>
            </w:r>
            <w:r w:rsidRPr="002573E8">
              <w:rPr>
                <w:rFonts w:ascii="Arial" w:hAnsi="Arial" w:cs="Arial"/>
                <w:sz w:val="24"/>
                <w:szCs w:val="24"/>
                <w:lang w:val="sl-SI"/>
              </w:rPr>
              <w:t xml:space="preserve"> </w:t>
            </w:r>
          </w:p>
        </w:tc>
        <w:tc>
          <w:tcPr>
            <w:tcW w:w="7323" w:type="dxa"/>
            <w:shd w:val="clear" w:color="auto" w:fill="FEF3C7"/>
            <w:vAlign w:val="center"/>
          </w:tcPr>
          <w:p w14:paraId="6162CF5B" w14:textId="6CBF218F" w:rsidR="002573E8" w:rsidRPr="002573E8" w:rsidRDefault="002573E8" w:rsidP="008B363C">
            <w:pPr>
              <w:spacing w:before="240" w:line="240" w:lineRule="auto"/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</w:pPr>
            <w:r w:rsidRPr="002573E8">
              <w:rPr>
                <w:rFonts w:ascii="Arial" w:hAnsi="Arial" w:cs="Arial"/>
                <w:sz w:val="24"/>
                <w:szCs w:val="24"/>
                <w:lang w:val="sl-SI"/>
              </w:rPr>
              <w:t>Petek, 20. 11. 2026</w:t>
            </w:r>
          </w:p>
        </w:tc>
      </w:tr>
      <w:tr w:rsidR="002573E8" w:rsidRPr="002573E8" w14:paraId="6DBCAC67" w14:textId="77777777" w:rsidTr="002573E8">
        <w:trPr>
          <w:jc w:val="center"/>
        </w:trPr>
        <w:tc>
          <w:tcPr>
            <w:tcW w:w="3045" w:type="dxa"/>
            <w:shd w:val="clear" w:color="auto" w:fill="FEF3C7"/>
            <w:vAlign w:val="center"/>
          </w:tcPr>
          <w:p w14:paraId="04E1431B" w14:textId="77777777" w:rsidR="002573E8" w:rsidRPr="002573E8" w:rsidRDefault="002573E8" w:rsidP="008B363C">
            <w:pPr>
              <w:spacing w:before="240" w:line="240" w:lineRule="auto"/>
              <w:rPr>
                <w:rFonts w:ascii="Arial" w:hAnsi="Arial" w:cs="Arial"/>
                <w:sz w:val="24"/>
                <w:szCs w:val="24"/>
                <w:lang w:val="sl-SI"/>
              </w:rPr>
            </w:pPr>
            <w:r w:rsidRPr="002573E8"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  <w:t>KRAJ PRIREDITVE:</w:t>
            </w:r>
            <w:r w:rsidRPr="002573E8">
              <w:rPr>
                <w:rFonts w:ascii="Arial" w:hAnsi="Arial" w:cs="Arial"/>
                <w:sz w:val="24"/>
                <w:szCs w:val="24"/>
                <w:lang w:val="sl-SI"/>
              </w:rPr>
              <w:t xml:space="preserve"> </w:t>
            </w:r>
          </w:p>
          <w:p w14:paraId="770AA7FB" w14:textId="62F2C4CD" w:rsidR="002573E8" w:rsidRPr="002573E8" w:rsidRDefault="002573E8" w:rsidP="008B363C">
            <w:pPr>
              <w:spacing w:before="240" w:line="240" w:lineRule="auto"/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</w:pPr>
          </w:p>
        </w:tc>
        <w:tc>
          <w:tcPr>
            <w:tcW w:w="7323" w:type="dxa"/>
            <w:shd w:val="clear" w:color="auto" w:fill="FEF3C7"/>
            <w:vAlign w:val="center"/>
          </w:tcPr>
          <w:p w14:paraId="78013486" w14:textId="77777777" w:rsidR="002573E8" w:rsidRPr="002573E8" w:rsidRDefault="002573E8" w:rsidP="008B363C">
            <w:pPr>
              <w:spacing w:before="240" w:line="240" w:lineRule="auto"/>
              <w:rPr>
                <w:rFonts w:ascii="Arial" w:hAnsi="Arial" w:cs="Arial"/>
                <w:sz w:val="24"/>
                <w:szCs w:val="24"/>
                <w:lang w:val="sl-SI"/>
              </w:rPr>
            </w:pPr>
            <w:r w:rsidRPr="002573E8">
              <w:rPr>
                <w:rFonts w:ascii="Arial" w:hAnsi="Arial" w:cs="Arial"/>
                <w:sz w:val="24"/>
                <w:szCs w:val="24"/>
                <w:lang w:val="sl-SI"/>
              </w:rPr>
              <w:t>Športna dvorana Zagorje ob Savi</w:t>
            </w:r>
          </w:p>
          <w:p w14:paraId="6EDB4A42" w14:textId="44EE07BE" w:rsidR="002573E8" w:rsidRPr="002573E8" w:rsidRDefault="00F93DAB" w:rsidP="008B363C">
            <w:pPr>
              <w:spacing w:before="240" w:line="240" w:lineRule="auto"/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</w:pPr>
            <w:hyperlink r:id="rId11" w:history="1">
              <w:r w:rsidR="002573E8" w:rsidRPr="002573E8">
                <w:rPr>
                  <w:rStyle w:val="Hiperpovezava"/>
                  <w:rFonts w:ascii="Arial" w:hAnsi="Arial" w:cs="Arial"/>
                  <w:sz w:val="24"/>
                  <w:szCs w:val="24"/>
                  <w:lang w:val="sl-SI"/>
                </w:rPr>
                <w:t>https://maps.app.goo.gl/9L2P98j9eAauavDJ8</w:t>
              </w:r>
            </w:hyperlink>
          </w:p>
        </w:tc>
      </w:tr>
      <w:tr w:rsidR="002573E8" w:rsidRPr="002573E8" w14:paraId="5C4E2ED9" w14:textId="77777777" w:rsidTr="002573E8">
        <w:trPr>
          <w:jc w:val="center"/>
        </w:trPr>
        <w:tc>
          <w:tcPr>
            <w:tcW w:w="3045" w:type="dxa"/>
            <w:shd w:val="clear" w:color="auto" w:fill="FEF3C7"/>
            <w:vAlign w:val="center"/>
          </w:tcPr>
          <w:p w14:paraId="4CFC1872" w14:textId="0342DFA3" w:rsidR="002573E8" w:rsidRPr="002573E8" w:rsidRDefault="002573E8" w:rsidP="008B363C">
            <w:pPr>
              <w:spacing w:before="240" w:line="240" w:lineRule="auto"/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</w:pPr>
            <w:r w:rsidRPr="002573E8"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  <w:t>ROK ZA PRIJAVO:</w:t>
            </w:r>
            <w:r w:rsidRPr="002573E8">
              <w:rPr>
                <w:rFonts w:ascii="Arial" w:hAnsi="Arial" w:cs="Arial"/>
                <w:sz w:val="24"/>
                <w:szCs w:val="24"/>
                <w:lang w:val="sl-SI"/>
              </w:rPr>
              <w:t xml:space="preserve"> </w:t>
            </w:r>
          </w:p>
        </w:tc>
        <w:tc>
          <w:tcPr>
            <w:tcW w:w="7323" w:type="dxa"/>
            <w:shd w:val="clear" w:color="auto" w:fill="FEF3C7"/>
            <w:vAlign w:val="center"/>
          </w:tcPr>
          <w:p w14:paraId="7E429B56" w14:textId="378A30CE" w:rsidR="002573E8" w:rsidRPr="002573E8" w:rsidRDefault="002573E8" w:rsidP="008B363C">
            <w:pPr>
              <w:spacing w:before="240" w:line="240" w:lineRule="auto"/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</w:pPr>
            <w:r w:rsidRPr="002573E8">
              <w:rPr>
                <w:rFonts w:ascii="Arial" w:hAnsi="Arial" w:cs="Arial"/>
                <w:sz w:val="24"/>
                <w:szCs w:val="24"/>
                <w:lang w:val="sl-SI"/>
              </w:rPr>
              <w:t>Ponedeljek, 2. 11. 2026 do 12:00</w:t>
            </w:r>
          </w:p>
        </w:tc>
      </w:tr>
      <w:tr w:rsidR="002573E8" w:rsidRPr="002573E8" w14:paraId="632A6527" w14:textId="77777777" w:rsidTr="002573E8">
        <w:trPr>
          <w:jc w:val="center"/>
        </w:trPr>
        <w:tc>
          <w:tcPr>
            <w:tcW w:w="3045" w:type="dxa"/>
            <w:shd w:val="clear" w:color="auto" w:fill="FEF3C7"/>
            <w:vAlign w:val="center"/>
          </w:tcPr>
          <w:p w14:paraId="1A6C42E5" w14:textId="6CD69FF1" w:rsidR="002573E8" w:rsidRPr="002573E8" w:rsidRDefault="002573E8" w:rsidP="008B363C">
            <w:pPr>
              <w:spacing w:before="240" w:line="240" w:lineRule="auto"/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</w:pPr>
            <w:r w:rsidRPr="002573E8"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  <w:t>PRIJAVNICA:</w:t>
            </w:r>
          </w:p>
        </w:tc>
        <w:tc>
          <w:tcPr>
            <w:tcW w:w="7323" w:type="dxa"/>
            <w:shd w:val="clear" w:color="auto" w:fill="FEF3C7"/>
            <w:vAlign w:val="center"/>
          </w:tcPr>
          <w:p w14:paraId="464F16CC" w14:textId="0A1FF4AA" w:rsidR="002573E8" w:rsidRPr="002573E8" w:rsidRDefault="00F93DAB" w:rsidP="008B363C">
            <w:pPr>
              <w:spacing w:before="240" w:line="240" w:lineRule="auto"/>
              <w:rPr>
                <w:rFonts w:ascii="Arial" w:hAnsi="Arial" w:cs="Arial"/>
                <w:sz w:val="24"/>
                <w:szCs w:val="24"/>
                <w:lang w:val="sl-SI"/>
              </w:rPr>
            </w:pPr>
            <w:hyperlink r:id="rId12" w:history="1">
              <w:r w:rsidR="00773C3B" w:rsidRPr="00773C3B">
                <w:rPr>
                  <w:rStyle w:val="Hiperpovezava"/>
                  <w:rFonts w:ascii="Arial" w:hAnsi="Arial" w:cs="Arial"/>
                  <w:sz w:val="24"/>
                  <w:szCs w:val="24"/>
                  <w:lang w:val="sl-SI"/>
                </w:rPr>
                <w:t>KLIKNI TUKAJ</w:t>
              </w:r>
            </w:hyperlink>
          </w:p>
        </w:tc>
      </w:tr>
      <w:tr w:rsidR="008B363C" w:rsidRPr="002573E8" w14:paraId="58A769F7" w14:textId="77777777" w:rsidTr="002573E8">
        <w:trPr>
          <w:jc w:val="center"/>
        </w:trPr>
        <w:tc>
          <w:tcPr>
            <w:tcW w:w="3045" w:type="dxa"/>
            <w:shd w:val="clear" w:color="auto" w:fill="FEF3C7"/>
            <w:vAlign w:val="center"/>
          </w:tcPr>
          <w:p w14:paraId="3A5F9799" w14:textId="5A7DB0C3" w:rsidR="008B363C" w:rsidRPr="002573E8" w:rsidRDefault="008B363C" w:rsidP="008B363C">
            <w:pPr>
              <w:spacing w:before="240" w:line="240" w:lineRule="auto"/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  <w:t xml:space="preserve">PREGLED PRIJAV: </w:t>
            </w:r>
          </w:p>
        </w:tc>
        <w:tc>
          <w:tcPr>
            <w:tcW w:w="7323" w:type="dxa"/>
            <w:shd w:val="clear" w:color="auto" w:fill="FEF3C7"/>
            <w:vAlign w:val="center"/>
          </w:tcPr>
          <w:p w14:paraId="0047AC3E" w14:textId="2B13F286" w:rsidR="008B363C" w:rsidRPr="00773C3B" w:rsidRDefault="00F93DAB" w:rsidP="008B363C">
            <w:pPr>
              <w:spacing w:before="240" w:line="240" w:lineRule="auto"/>
              <w:rPr>
                <w:rFonts w:ascii="Arial" w:hAnsi="Arial" w:cs="Arial"/>
                <w:color w:val="0000FF"/>
                <w:sz w:val="24"/>
                <w:szCs w:val="24"/>
                <w:u w:val="single"/>
                <w:lang w:val="sl-SI"/>
              </w:rPr>
            </w:pPr>
            <w:hyperlink r:id="rId13" w:history="1">
              <w:r w:rsidR="008B363C" w:rsidRPr="00773C3B">
                <w:rPr>
                  <w:rStyle w:val="Hiperpovezava"/>
                  <w:rFonts w:ascii="Arial" w:hAnsi="Arial" w:cs="Arial"/>
                  <w:sz w:val="24"/>
                  <w:szCs w:val="24"/>
                  <w:lang w:val="sl-SI"/>
                </w:rPr>
                <w:t>KLIKNI TUKAJ</w:t>
              </w:r>
            </w:hyperlink>
          </w:p>
        </w:tc>
      </w:tr>
      <w:tr w:rsidR="001D69D6" w:rsidRPr="002573E8" w14:paraId="441EAA08" w14:textId="77777777" w:rsidTr="002573E8">
        <w:trPr>
          <w:jc w:val="center"/>
        </w:trPr>
        <w:tc>
          <w:tcPr>
            <w:tcW w:w="3045" w:type="dxa"/>
            <w:shd w:val="clear" w:color="auto" w:fill="FEF3C7"/>
            <w:vAlign w:val="center"/>
          </w:tcPr>
          <w:p w14:paraId="29778F55" w14:textId="600B247F" w:rsidR="001D69D6" w:rsidRPr="002573E8" w:rsidRDefault="001D69D6" w:rsidP="008B363C">
            <w:pPr>
              <w:spacing w:before="240" w:line="240" w:lineRule="auto"/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color w:val="1E3A8A"/>
                <w:sz w:val="24"/>
                <w:szCs w:val="24"/>
                <w:lang w:val="sl-SI"/>
              </w:rPr>
              <w:t>GESLO IGER:</w:t>
            </w:r>
          </w:p>
        </w:tc>
        <w:tc>
          <w:tcPr>
            <w:tcW w:w="7323" w:type="dxa"/>
            <w:shd w:val="clear" w:color="auto" w:fill="FEF3C7"/>
            <w:vAlign w:val="center"/>
          </w:tcPr>
          <w:p w14:paraId="6AC2896A" w14:textId="717A0244" w:rsidR="001D69D6" w:rsidRPr="001D69D6" w:rsidRDefault="001D69D6" w:rsidP="008B363C">
            <w:pPr>
              <w:spacing w:before="240" w:line="240" w:lineRule="auto"/>
              <w:rPr>
                <w:rFonts w:ascii="Arial" w:hAnsi="Arial" w:cs="Arial"/>
                <w:sz w:val="24"/>
                <w:szCs w:val="24"/>
                <w:lang w:val="sl-SI"/>
              </w:rPr>
            </w:pPr>
            <w:r w:rsidRPr="001D69D6">
              <w:rPr>
                <w:rFonts w:ascii="Arial" w:hAnsi="Arial" w:cs="Arial"/>
                <w:sz w:val="24"/>
                <w:szCs w:val="24"/>
                <w:lang w:val="sl-SI"/>
              </w:rPr>
              <w:t xml:space="preserve">Knapovska volja </w:t>
            </w:r>
            <w:r w:rsidR="008025D4">
              <w:rPr>
                <w:rFonts w:ascii="Arial" w:hAnsi="Arial" w:cs="Arial"/>
                <w:sz w:val="24"/>
                <w:szCs w:val="24"/>
                <w:lang w:val="sl-SI"/>
              </w:rPr>
              <w:t xml:space="preserve">- </w:t>
            </w:r>
            <w:r w:rsidRPr="001D69D6">
              <w:rPr>
                <w:rFonts w:ascii="Arial" w:hAnsi="Arial" w:cs="Arial"/>
                <w:sz w:val="24"/>
                <w:szCs w:val="24"/>
                <w:lang w:val="sl-SI"/>
              </w:rPr>
              <w:t>športn</w:t>
            </w:r>
            <w:r w:rsidR="008025D4">
              <w:rPr>
                <w:rFonts w:ascii="Arial" w:hAnsi="Arial" w:cs="Arial"/>
                <w:sz w:val="24"/>
                <w:szCs w:val="24"/>
                <w:lang w:val="sl-SI"/>
              </w:rPr>
              <w:t xml:space="preserve">o srce - </w:t>
            </w:r>
            <w:r w:rsidRPr="001D69D6">
              <w:rPr>
                <w:rFonts w:ascii="Arial" w:hAnsi="Arial" w:cs="Arial"/>
                <w:sz w:val="24"/>
                <w:szCs w:val="24"/>
                <w:lang w:val="sl-SI"/>
              </w:rPr>
              <w:t>skup</w:t>
            </w:r>
            <w:r>
              <w:rPr>
                <w:rFonts w:ascii="Arial" w:hAnsi="Arial" w:cs="Arial"/>
                <w:sz w:val="24"/>
                <w:szCs w:val="24"/>
                <w:lang w:val="sl-SI"/>
              </w:rPr>
              <w:t>na zmaga</w:t>
            </w:r>
            <w:r w:rsidRPr="001D69D6">
              <w:rPr>
                <w:rFonts w:ascii="Arial" w:hAnsi="Arial" w:cs="Arial"/>
                <w:sz w:val="24"/>
                <w:szCs w:val="24"/>
                <w:lang w:val="sl-SI"/>
              </w:rPr>
              <w:t>!</w:t>
            </w:r>
          </w:p>
        </w:tc>
      </w:tr>
    </w:tbl>
    <w:p w14:paraId="072F1659" w14:textId="08D7FF05" w:rsidR="00067E68" w:rsidRPr="002573E8" w:rsidRDefault="002573E8" w:rsidP="002573E8">
      <w:pPr>
        <w:rPr>
          <w:rFonts w:ascii="Arial" w:hAnsi="Arial" w:cs="Arial"/>
          <w:b/>
          <w:color w:val="1E3A8A"/>
          <w:sz w:val="26"/>
          <w:lang w:val="sl-SI"/>
        </w:rPr>
      </w:pPr>
      <w:r w:rsidRPr="002573E8">
        <w:rPr>
          <w:rFonts w:ascii="Arial" w:hAnsi="Arial" w:cs="Arial"/>
          <w:b/>
          <w:color w:val="1E3A8A"/>
          <w:sz w:val="26"/>
          <w:lang w:val="sl-SI"/>
        </w:rPr>
        <w:lastRenderedPageBreak/>
        <w:t>PREDVIDENI</w:t>
      </w:r>
      <w:r w:rsidR="0015460C" w:rsidRPr="002573E8">
        <w:rPr>
          <w:rFonts w:ascii="Arial" w:hAnsi="Arial" w:cs="Arial"/>
          <w:b/>
          <w:color w:val="1E3A8A"/>
          <w:sz w:val="26"/>
          <w:lang w:val="sl-SI"/>
        </w:rPr>
        <w:t xml:space="preserve"> PROGRAM TEKMOVANJA (</w:t>
      </w:r>
      <w:r w:rsidR="001D69D6">
        <w:rPr>
          <w:rFonts w:ascii="Arial" w:hAnsi="Arial" w:cs="Arial"/>
          <w:b/>
          <w:color w:val="1E3A8A"/>
          <w:sz w:val="26"/>
          <w:lang w:val="sl-SI"/>
        </w:rPr>
        <w:t xml:space="preserve">PETEK, </w:t>
      </w:r>
      <w:r w:rsidR="0015460C" w:rsidRPr="002573E8">
        <w:rPr>
          <w:rFonts w:ascii="Arial" w:hAnsi="Arial" w:cs="Arial"/>
          <w:b/>
          <w:color w:val="1E3A8A"/>
          <w:sz w:val="26"/>
          <w:lang w:val="sl-SI"/>
        </w:rPr>
        <w:t>20. 11. 2026)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4557"/>
      </w:tblGrid>
      <w:tr w:rsidR="00067E68" w:rsidRPr="002573E8" w14:paraId="2E50EA1F" w14:textId="77777777" w:rsidTr="006769D4">
        <w:tc>
          <w:tcPr>
            <w:tcW w:w="3168" w:type="dxa"/>
            <w:shd w:val="clear" w:color="auto" w:fill="1E3A8A"/>
          </w:tcPr>
          <w:p w14:paraId="34790A0F" w14:textId="77777777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color w:val="FFFFFF"/>
                <w:szCs w:val="28"/>
                <w:lang w:val="sl-SI"/>
              </w:rPr>
              <w:t>Časovni okvir</w:t>
            </w:r>
          </w:p>
        </w:tc>
        <w:tc>
          <w:tcPr>
            <w:tcW w:w="4557" w:type="dxa"/>
            <w:shd w:val="clear" w:color="auto" w:fill="1E3A8A"/>
          </w:tcPr>
          <w:p w14:paraId="22839DFE" w14:textId="77777777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color w:val="FFFFFF"/>
                <w:szCs w:val="28"/>
                <w:lang w:val="sl-SI"/>
              </w:rPr>
              <w:t>Dejavnost</w:t>
            </w:r>
          </w:p>
        </w:tc>
      </w:tr>
      <w:tr w:rsidR="00067E68" w:rsidRPr="002573E8" w14:paraId="2CD20AE9" w14:textId="77777777" w:rsidTr="006769D4">
        <w:tc>
          <w:tcPr>
            <w:tcW w:w="3168" w:type="dxa"/>
            <w:shd w:val="clear" w:color="auto" w:fill="F3F4F6"/>
          </w:tcPr>
          <w:p w14:paraId="713280B9" w14:textId="77777777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szCs w:val="28"/>
                <w:lang w:val="sl-SI"/>
              </w:rPr>
              <w:t>08:00 do 09:00</w:t>
            </w:r>
          </w:p>
        </w:tc>
        <w:tc>
          <w:tcPr>
            <w:tcW w:w="4557" w:type="dxa"/>
            <w:shd w:val="clear" w:color="auto" w:fill="F3F4F6"/>
          </w:tcPr>
          <w:p w14:paraId="398134C4" w14:textId="77777777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szCs w:val="28"/>
                <w:lang w:val="sl-SI"/>
              </w:rPr>
              <w:t>Prihod ekip, kava, malica</w:t>
            </w:r>
          </w:p>
        </w:tc>
      </w:tr>
      <w:tr w:rsidR="00067E68" w:rsidRPr="002573E8" w14:paraId="32E593BF" w14:textId="77777777" w:rsidTr="006769D4">
        <w:tc>
          <w:tcPr>
            <w:tcW w:w="3168" w:type="dxa"/>
          </w:tcPr>
          <w:p w14:paraId="10F95FF8" w14:textId="77777777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szCs w:val="28"/>
                <w:lang w:val="sl-SI"/>
              </w:rPr>
              <w:t>09:00 do 09:20</w:t>
            </w:r>
          </w:p>
        </w:tc>
        <w:tc>
          <w:tcPr>
            <w:tcW w:w="4557" w:type="dxa"/>
          </w:tcPr>
          <w:p w14:paraId="49E35FF8" w14:textId="77777777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szCs w:val="28"/>
                <w:lang w:val="sl-SI"/>
              </w:rPr>
              <w:t>Sestanek vodij ekip</w:t>
            </w:r>
          </w:p>
        </w:tc>
      </w:tr>
      <w:tr w:rsidR="00067E68" w:rsidRPr="002573E8" w14:paraId="450A28F1" w14:textId="77777777" w:rsidTr="006769D4">
        <w:tc>
          <w:tcPr>
            <w:tcW w:w="3168" w:type="dxa"/>
            <w:shd w:val="clear" w:color="auto" w:fill="F3F4F6"/>
          </w:tcPr>
          <w:p w14:paraId="2C61DA62" w14:textId="77777777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szCs w:val="28"/>
                <w:lang w:val="sl-SI"/>
              </w:rPr>
              <w:t>09:30 do 10:00</w:t>
            </w:r>
          </w:p>
        </w:tc>
        <w:tc>
          <w:tcPr>
            <w:tcW w:w="4557" w:type="dxa"/>
            <w:shd w:val="clear" w:color="auto" w:fill="F3F4F6"/>
          </w:tcPr>
          <w:p w14:paraId="4103ACD4" w14:textId="77777777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szCs w:val="28"/>
                <w:lang w:val="sl-SI"/>
              </w:rPr>
              <w:t>Otvoritev iger v telovadnici</w:t>
            </w:r>
          </w:p>
        </w:tc>
      </w:tr>
      <w:tr w:rsidR="00067E68" w:rsidRPr="002573E8" w14:paraId="66E6BFFF" w14:textId="77777777" w:rsidTr="006769D4">
        <w:tc>
          <w:tcPr>
            <w:tcW w:w="3168" w:type="dxa"/>
          </w:tcPr>
          <w:p w14:paraId="31D17CEB" w14:textId="77777777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szCs w:val="28"/>
                <w:lang w:val="sl-SI"/>
              </w:rPr>
              <w:t>10:00 do 10:30</w:t>
            </w:r>
          </w:p>
        </w:tc>
        <w:tc>
          <w:tcPr>
            <w:tcW w:w="4557" w:type="dxa"/>
          </w:tcPr>
          <w:p w14:paraId="4CB21544" w14:textId="77777777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szCs w:val="28"/>
                <w:lang w:val="sl-SI"/>
              </w:rPr>
              <w:t>Priprava tekmovališč in skupinsko ogrevanje</w:t>
            </w:r>
          </w:p>
        </w:tc>
      </w:tr>
      <w:tr w:rsidR="00067E68" w:rsidRPr="002573E8" w14:paraId="7AA5B4AB" w14:textId="77777777" w:rsidTr="006769D4">
        <w:tc>
          <w:tcPr>
            <w:tcW w:w="3168" w:type="dxa"/>
            <w:shd w:val="clear" w:color="auto" w:fill="F3F4F6"/>
          </w:tcPr>
          <w:p w14:paraId="3D6081DD" w14:textId="0FD1A849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szCs w:val="28"/>
                <w:lang w:val="sl-SI"/>
              </w:rPr>
              <w:t>10:30 do 1</w:t>
            </w:r>
            <w:r w:rsidR="009705B2">
              <w:rPr>
                <w:rFonts w:ascii="Arial" w:hAnsi="Arial" w:cs="Arial"/>
                <w:szCs w:val="28"/>
                <w:lang w:val="sl-SI"/>
              </w:rPr>
              <w:t>2</w:t>
            </w:r>
            <w:r w:rsidRPr="002573E8">
              <w:rPr>
                <w:rFonts w:ascii="Arial" w:hAnsi="Arial" w:cs="Arial"/>
                <w:szCs w:val="28"/>
                <w:lang w:val="sl-SI"/>
              </w:rPr>
              <w:t>:</w:t>
            </w:r>
            <w:r w:rsidR="009705B2">
              <w:rPr>
                <w:rFonts w:ascii="Arial" w:hAnsi="Arial" w:cs="Arial"/>
                <w:szCs w:val="28"/>
                <w:lang w:val="sl-SI"/>
              </w:rPr>
              <w:t>0</w:t>
            </w:r>
            <w:r w:rsidRPr="002573E8">
              <w:rPr>
                <w:rFonts w:ascii="Arial" w:hAnsi="Arial" w:cs="Arial"/>
                <w:szCs w:val="28"/>
                <w:lang w:val="sl-SI"/>
              </w:rPr>
              <w:t>0</w:t>
            </w:r>
          </w:p>
        </w:tc>
        <w:tc>
          <w:tcPr>
            <w:tcW w:w="4557" w:type="dxa"/>
            <w:shd w:val="clear" w:color="auto" w:fill="F3F4F6"/>
          </w:tcPr>
          <w:p w14:paraId="3A62C82A" w14:textId="77777777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szCs w:val="28"/>
                <w:lang w:val="sl-SI"/>
              </w:rPr>
              <w:t>Tekmovanje na 6 tekmovalnih postajah</w:t>
            </w:r>
          </w:p>
        </w:tc>
      </w:tr>
      <w:tr w:rsidR="00067E68" w:rsidRPr="002573E8" w14:paraId="4812A2FD" w14:textId="77777777" w:rsidTr="006769D4">
        <w:tc>
          <w:tcPr>
            <w:tcW w:w="3168" w:type="dxa"/>
          </w:tcPr>
          <w:p w14:paraId="4210F3EA" w14:textId="11A6E7E3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szCs w:val="28"/>
                <w:lang w:val="sl-SI"/>
              </w:rPr>
              <w:t>1</w:t>
            </w:r>
            <w:r w:rsidR="009705B2">
              <w:rPr>
                <w:rFonts w:ascii="Arial" w:hAnsi="Arial" w:cs="Arial"/>
                <w:szCs w:val="28"/>
                <w:lang w:val="sl-SI"/>
              </w:rPr>
              <w:t>2</w:t>
            </w:r>
            <w:r w:rsidRPr="002573E8">
              <w:rPr>
                <w:rFonts w:ascii="Arial" w:hAnsi="Arial" w:cs="Arial"/>
                <w:szCs w:val="28"/>
                <w:lang w:val="sl-SI"/>
              </w:rPr>
              <w:t>:</w:t>
            </w:r>
            <w:r w:rsidR="009705B2">
              <w:rPr>
                <w:rFonts w:ascii="Arial" w:hAnsi="Arial" w:cs="Arial"/>
                <w:szCs w:val="28"/>
                <w:lang w:val="sl-SI"/>
              </w:rPr>
              <w:t>15</w:t>
            </w:r>
            <w:r w:rsidRPr="002573E8">
              <w:rPr>
                <w:rFonts w:ascii="Arial" w:hAnsi="Arial" w:cs="Arial"/>
                <w:szCs w:val="28"/>
                <w:lang w:val="sl-SI"/>
              </w:rPr>
              <w:t xml:space="preserve"> do 14:00</w:t>
            </w:r>
          </w:p>
        </w:tc>
        <w:tc>
          <w:tcPr>
            <w:tcW w:w="4557" w:type="dxa"/>
          </w:tcPr>
          <w:p w14:paraId="1F6A3226" w14:textId="0522E5B5" w:rsidR="00067E68" w:rsidRPr="002573E8" w:rsidRDefault="0015460C" w:rsidP="000805CF">
            <w:pPr>
              <w:spacing w:after="0" w:line="240" w:lineRule="auto"/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szCs w:val="28"/>
                <w:lang w:val="sl-SI"/>
              </w:rPr>
              <w:t>Podelitev medalj</w:t>
            </w:r>
            <w:r w:rsidR="00B876FE">
              <w:rPr>
                <w:rFonts w:ascii="Arial" w:hAnsi="Arial" w:cs="Arial"/>
                <w:szCs w:val="28"/>
                <w:lang w:val="sl-SI"/>
              </w:rPr>
              <w:t xml:space="preserve"> in </w:t>
            </w:r>
            <w:r w:rsidRPr="002573E8">
              <w:rPr>
                <w:rFonts w:ascii="Arial" w:hAnsi="Arial" w:cs="Arial"/>
                <w:szCs w:val="28"/>
                <w:lang w:val="sl-SI"/>
              </w:rPr>
              <w:t>kosilo</w:t>
            </w:r>
            <w:r w:rsidR="00B876FE">
              <w:rPr>
                <w:rFonts w:ascii="Arial" w:hAnsi="Arial" w:cs="Arial"/>
                <w:szCs w:val="28"/>
                <w:lang w:val="sl-SI"/>
              </w:rPr>
              <w:t xml:space="preserve"> (ter druženje)</w:t>
            </w:r>
          </w:p>
        </w:tc>
      </w:tr>
    </w:tbl>
    <w:p w14:paraId="393DFDA6" w14:textId="32FD7F8D" w:rsidR="00067E68" w:rsidRPr="002573E8" w:rsidRDefault="0015460C">
      <w:pPr>
        <w:spacing w:before="200" w:after="8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color w:val="1E3A8A"/>
          <w:sz w:val="26"/>
          <w:lang w:val="sl-SI"/>
        </w:rPr>
        <w:t>PRIJAVE, KONTAKTI IN POGOJI</w:t>
      </w:r>
    </w:p>
    <w:p w14:paraId="0BBE3E1C" w14:textId="4D4C0B66" w:rsidR="006B1303" w:rsidRDefault="006B1303" w:rsidP="006B1303">
      <w:pPr>
        <w:pStyle w:val="Oznaenseznam"/>
        <w:numPr>
          <w:ilvl w:val="0"/>
          <w:numId w:val="11"/>
        </w:numPr>
        <w:ind w:left="284" w:hanging="284"/>
        <w:rPr>
          <w:rFonts w:ascii="Arial" w:hAnsi="Arial" w:cs="Arial"/>
          <w:szCs w:val="28"/>
          <w:lang w:val="sl-SI"/>
        </w:rPr>
      </w:pPr>
      <w:r w:rsidRPr="006B1303">
        <w:rPr>
          <w:rFonts w:ascii="Arial" w:hAnsi="Arial" w:cs="Arial"/>
          <w:szCs w:val="28"/>
          <w:lang w:val="sl-SI"/>
        </w:rPr>
        <w:t xml:space="preserve">Poimensko prijavnico izpolnite na povezavi: </w:t>
      </w:r>
      <w:hyperlink r:id="rId14" w:history="1">
        <w:r w:rsidR="00773C3B" w:rsidRPr="00773C3B">
          <w:rPr>
            <w:rStyle w:val="Hiperpovezava"/>
            <w:rFonts w:ascii="Arial" w:hAnsi="Arial" w:cs="Arial"/>
            <w:szCs w:val="28"/>
            <w:lang w:val="sl-SI"/>
          </w:rPr>
          <w:t>TUKAJ</w:t>
        </w:r>
      </w:hyperlink>
    </w:p>
    <w:p w14:paraId="300B3AB5" w14:textId="439665AE" w:rsidR="004F3E3B" w:rsidRPr="004F3E3B" w:rsidRDefault="004F3E3B" w:rsidP="004F3E3B">
      <w:pPr>
        <w:pStyle w:val="Oznaenseznam"/>
        <w:numPr>
          <w:ilvl w:val="0"/>
          <w:numId w:val="11"/>
        </w:numPr>
        <w:ind w:left="284" w:hanging="284"/>
        <w:rPr>
          <w:rFonts w:ascii="Arial" w:hAnsi="Arial" w:cs="Arial"/>
          <w:szCs w:val="28"/>
          <w:lang w:val="sl-SI"/>
        </w:rPr>
      </w:pPr>
      <w:r w:rsidRPr="004F3E3B">
        <w:rPr>
          <w:rFonts w:ascii="Arial" w:hAnsi="Arial" w:cs="Arial"/>
          <w:szCs w:val="28"/>
          <w:lang w:val="sl-SI"/>
        </w:rPr>
        <w:t xml:space="preserve">Prijave spremljajte na: </w:t>
      </w:r>
      <w:hyperlink r:id="rId15" w:history="1">
        <w:r w:rsidR="00773C3B" w:rsidRPr="0056106F">
          <w:rPr>
            <w:rStyle w:val="Hiperpovezava"/>
            <w:rFonts w:ascii="Arial" w:hAnsi="Arial" w:cs="Arial"/>
            <w:szCs w:val="28"/>
            <w:lang w:val="sl-SI"/>
          </w:rPr>
          <w:t>TUKAJ</w:t>
        </w:r>
      </w:hyperlink>
    </w:p>
    <w:p w14:paraId="0B5E8287" w14:textId="653C25C8" w:rsidR="00067E68" w:rsidRPr="002573E8" w:rsidRDefault="0015460C" w:rsidP="006B1303">
      <w:pPr>
        <w:pStyle w:val="Oznaenseznam"/>
        <w:numPr>
          <w:ilvl w:val="0"/>
          <w:numId w:val="11"/>
        </w:numPr>
        <w:spacing w:after="30"/>
        <w:ind w:left="284" w:hanging="284"/>
        <w:rPr>
          <w:rFonts w:ascii="Arial" w:hAnsi="Arial" w:cs="Arial"/>
          <w:sz w:val="28"/>
          <w:szCs w:val="28"/>
          <w:lang w:val="sl-SI"/>
        </w:rPr>
      </w:pPr>
      <w:r w:rsidRPr="002573E8">
        <w:rPr>
          <w:rFonts w:ascii="Arial" w:hAnsi="Arial" w:cs="Arial"/>
          <w:szCs w:val="28"/>
          <w:lang w:val="sl-SI"/>
        </w:rPr>
        <w:t>Skupinsko prijavnico</w:t>
      </w:r>
      <w:r w:rsidR="006B1303">
        <w:rPr>
          <w:rFonts w:ascii="Arial" w:hAnsi="Arial" w:cs="Arial"/>
          <w:szCs w:val="28"/>
          <w:lang w:val="sl-SI"/>
        </w:rPr>
        <w:t>, ki je na koncu razpisa</w:t>
      </w:r>
      <w:r w:rsidRPr="002573E8">
        <w:rPr>
          <w:rFonts w:ascii="Arial" w:hAnsi="Arial" w:cs="Arial"/>
          <w:szCs w:val="28"/>
          <w:lang w:val="sl-SI"/>
        </w:rPr>
        <w:t xml:space="preserve"> pošljete na e-naslov: </w:t>
      </w:r>
      <w:hyperlink r:id="rId16" w:history="1">
        <w:r w:rsidR="006B1303" w:rsidRPr="00557A4A">
          <w:rPr>
            <w:rStyle w:val="Hiperpovezava"/>
            <w:rFonts w:ascii="Arial" w:hAnsi="Arial" w:cs="Arial"/>
            <w:szCs w:val="28"/>
            <w:lang w:val="sl-SI"/>
          </w:rPr>
          <w:t>tinkara.kovac@vdc-zasavje.si</w:t>
        </w:r>
      </w:hyperlink>
      <w:r w:rsidR="006B1303">
        <w:rPr>
          <w:rFonts w:ascii="Arial" w:hAnsi="Arial" w:cs="Arial"/>
          <w:szCs w:val="28"/>
          <w:lang w:val="sl-SI"/>
        </w:rPr>
        <w:t xml:space="preserve"> </w:t>
      </w:r>
    </w:p>
    <w:p w14:paraId="43C2370E" w14:textId="1A08452A" w:rsidR="00067E68" w:rsidRPr="002573E8" w:rsidRDefault="0015460C" w:rsidP="006B1303">
      <w:pPr>
        <w:pStyle w:val="Oznaenseznam"/>
        <w:numPr>
          <w:ilvl w:val="0"/>
          <w:numId w:val="11"/>
        </w:numPr>
        <w:spacing w:after="30"/>
        <w:ind w:left="284" w:hanging="284"/>
        <w:rPr>
          <w:rFonts w:ascii="Arial" w:hAnsi="Arial" w:cs="Arial"/>
          <w:sz w:val="28"/>
          <w:szCs w:val="28"/>
          <w:lang w:val="sl-SI"/>
        </w:rPr>
      </w:pPr>
      <w:r w:rsidRPr="002573E8">
        <w:rPr>
          <w:rFonts w:ascii="Arial" w:hAnsi="Arial" w:cs="Arial"/>
          <w:szCs w:val="28"/>
          <w:lang w:val="sl-SI"/>
        </w:rPr>
        <w:t xml:space="preserve">Kontaktni osebi za vprašanja: </w:t>
      </w:r>
      <w:r w:rsidR="009832F5" w:rsidRPr="009832F5">
        <w:rPr>
          <w:rFonts w:ascii="Arial" w:hAnsi="Arial" w:cs="Arial"/>
          <w:b/>
          <w:bCs/>
          <w:szCs w:val="28"/>
          <w:lang w:val="sl-SI"/>
        </w:rPr>
        <w:t xml:space="preserve">VODJA TEKMOVANJA: </w:t>
      </w:r>
      <w:r w:rsidRPr="009832F5">
        <w:rPr>
          <w:rFonts w:ascii="Arial" w:hAnsi="Arial" w:cs="Arial"/>
          <w:b/>
          <w:bCs/>
          <w:szCs w:val="28"/>
          <w:lang w:val="sl-SI"/>
        </w:rPr>
        <w:t>Tinkara Kovač</w:t>
      </w:r>
      <w:r w:rsidRPr="002573E8">
        <w:rPr>
          <w:rFonts w:ascii="Arial" w:hAnsi="Arial" w:cs="Arial"/>
          <w:szCs w:val="28"/>
          <w:lang w:val="sl-SI"/>
        </w:rPr>
        <w:t xml:space="preserve"> (</w:t>
      </w:r>
      <w:hyperlink r:id="rId17" w:history="1">
        <w:r w:rsidR="001D69D6" w:rsidRPr="00A904FA">
          <w:rPr>
            <w:rStyle w:val="Hiperpovezava"/>
            <w:rFonts w:ascii="Arial" w:hAnsi="Arial" w:cs="Arial"/>
            <w:szCs w:val="28"/>
            <w:lang w:val="sl-SI"/>
          </w:rPr>
          <w:t>tinkara.kovac@vdc-zasavje.si</w:t>
        </w:r>
      </w:hyperlink>
      <w:r w:rsidR="001D69D6">
        <w:rPr>
          <w:rFonts w:ascii="Arial" w:hAnsi="Arial" w:cs="Arial"/>
          <w:szCs w:val="28"/>
          <w:lang w:val="sl-SI"/>
        </w:rPr>
        <w:t xml:space="preserve"> </w:t>
      </w:r>
      <w:r w:rsidRPr="002573E8">
        <w:rPr>
          <w:rFonts w:ascii="Arial" w:hAnsi="Arial" w:cs="Arial"/>
          <w:szCs w:val="28"/>
          <w:lang w:val="sl-SI"/>
        </w:rPr>
        <w:t>070 732 668) in Domen Pociecha (</w:t>
      </w:r>
      <w:hyperlink r:id="rId18" w:history="1">
        <w:r w:rsidR="001D69D6" w:rsidRPr="00A904FA">
          <w:rPr>
            <w:rStyle w:val="Hiperpovezava"/>
            <w:rFonts w:ascii="Arial" w:hAnsi="Arial" w:cs="Arial"/>
            <w:szCs w:val="28"/>
            <w:lang w:val="sl-SI"/>
          </w:rPr>
          <w:t>domen.pociecha@vdc-zasavje.si</w:t>
        </w:r>
      </w:hyperlink>
      <w:r w:rsidR="001D69D6">
        <w:rPr>
          <w:rFonts w:ascii="Arial" w:hAnsi="Arial" w:cs="Arial"/>
          <w:szCs w:val="28"/>
          <w:lang w:val="sl-SI"/>
        </w:rPr>
        <w:t xml:space="preserve"> </w:t>
      </w:r>
      <w:r w:rsidR="009832F5">
        <w:rPr>
          <w:rFonts w:ascii="Arial" w:hAnsi="Arial" w:cs="Arial"/>
          <w:szCs w:val="28"/>
          <w:lang w:val="sl-SI"/>
        </w:rPr>
        <w:t>(</w:t>
      </w:r>
      <w:r w:rsidRPr="002573E8">
        <w:rPr>
          <w:rFonts w:ascii="Arial" w:hAnsi="Arial" w:cs="Arial"/>
          <w:szCs w:val="28"/>
          <w:lang w:val="sl-SI"/>
        </w:rPr>
        <w:t>040 607 400)</w:t>
      </w:r>
    </w:p>
    <w:p w14:paraId="0CC6EEE7" w14:textId="3135E19C" w:rsidR="00067E68" w:rsidRPr="002573E8" w:rsidRDefault="0015460C" w:rsidP="006B1303">
      <w:pPr>
        <w:pStyle w:val="Oznaenseznam"/>
        <w:numPr>
          <w:ilvl w:val="0"/>
          <w:numId w:val="11"/>
        </w:numPr>
        <w:spacing w:after="30"/>
        <w:ind w:left="284" w:hanging="284"/>
        <w:rPr>
          <w:rFonts w:ascii="Arial" w:hAnsi="Arial" w:cs="Arial"/>
          <w:sz w:val="28"/>
          <w:szCs w:val="28"/>
          <w:lang w:val="sl-SI"/>
        </w:rPr>
      </w:pPr>
      <w:r w:rsidRPr="002573E8">
        <w:rPr>
          <w:rFonts w:ascii="Arial" w:hAnsi="Arial" w:cs="Arial"/>
          <w:szCs w:val="28"/>
          <w:lang w:val="sl-SI"/>
        </w:rPr>
        <w:t>Kotizacija: 11,00 EUR / udeleženca.</w:t>
      </w:r>
    </w:p>
    <w:p w14:paraId="46C7CD17" w14:textId="77777777" w:rsidR="00067E68" w:rsidRPr="002573E8" w:rsidRDefault="0015460C" w:rsidP="006B1303">
      <w:pPr>
        <w:pStyle w:val="Oznaenseznam"/>
        <w:numPr>
          <w:ilvl w:val="0"/>
          <w:numId w:val="11"/>
        </w:numPr>
        <w:spacing w:after="30"/>
        <w:ind w:left="284" w:hanging="284"/>
        <w:rPr>
          <w:rFonts w:ascii="Arial" w:hAnsi="Arial" w:cs="Arial"/>
          <w:sz w:val="28"/>
          <w:szCs w:val="28"/>
          <w:lang w:val="sl-SI"/>
        </w:rPr>
      </w:pPr>
      <w:r w:rsidRPr="002573E8">
        <w:rPr>
          <w:rFonts w:ascii="Arial" w:hAnsi="Arial" w:cs="Arial"/>
          <w:szCs w:val="28"/>
          <w:lang w:val="sl-SI"/>
        </w:rPr>
        <w:t>Rok odjave: Ponedeljek, 16. 11. 2026 do 12:00. Ob kasnejši odjavi velja celotna kotizacija (pripada darilni paket).</w:t>
      </w:r>
    </w:p>
    <w:p w14:paraId="7A13B588" w14:textId="20A3B606" w:rsidR="00067E68" w:rsidRPr="002573E8" w:rsidRDefault="0015460C" w:rsidP="006B1303">
      <w:pPr>
        <w:pStyle w:val="Oznaenseznam"/>
        <w:numPr>
          <w:ilvl w:val="0"/>
          <w:numId w:val="11"/>
        </w:numPr>
        <w:spacing w:after="30"/>
        <w:ind w:left="284" w:hanging="284"/>
        <w:rPr>
          <w:rFonts w:ascii="Arial" w:hAnsi="Arial" w:cs="Arial"/>
          <w:sz w:val="28"/>
          <w:szCs w:val="28"/>
          <w:lang w:val="sl-SI"/>
        </w:rPr>
      </w:pPr>
      <w:r w:rsidRPr="002573E8">
        <w:rPr>
          <w:rFonts w:ascii="Arial" w:hAnsi="Arial" w:cs="Arial"/>
          <w:szCs w:val="28"/>
          <w:lang w:val="sl-SI"/>
        </w:rPr>
        <w:t>Zavarovanje: Tekmovalci tekmujejo na lastno odgovornost oz. odgovornost matične organizacije</w:t>
      </w:r>
      <w:r w:rsidR="006B1303">
        <w:rPr>
          <w:rFonts w:ascii="Arial" w:hAnsi="Arial" w:cs="Arial"/>
          <w:szCs w:val="28"/>
          <w:lang w:val="sl-SI"/>
        </w:rPr>
        <w:t>!</w:t>
      </w:r>
    </w:p>
    <w:p w14:paraId="3631E3D0" w14:textId="23AA3F44" w:rsidR="002573E8" w:rsidRPr="006B1303" w:rsidRDefault="0015460C" w:rsidP="006B1303">
      <w:pPr>
        <w:pStyle w:val="Oznaenseznam"/>
        <w:numPr>
          <w:ilvl w:val="0"/>
          <w:numId w:val="11"/>
        </w:numPr>
        <w:spacing w:before="200" w:after="80"/>
        <w:ind w:left="284" w:hanging="284"/>
        <w:rPr>
          <w:rFonts w:ascii="Arial" w:hAnsi="Arial" w:cs="Arial"/>
          <w:b/>
          <w:color w:val="1E3A8A"/>
          <w:sz w:val="26"/>
          <w:lang w:val="sl-SI"/>
        </w:rPr>
      </w:pPr>
      <w:r w:rsidRPr="006B1303">
        <w:rPr>
          <w:rFonts w:ascii="Arial" w:hAnsi="Arial" w:cs="Arial"/>
          <w:szCs w:val="28"/>
          <w:lang w:val="sl-SI"/>
        </w:rPr>
        <w:t>Udeležba: Predvideva se okoli 250 udeležencev (prihod samo zdravi tekmovalci in spremljevalci).</w:t>
      </w:r>
      <w:r w:rsidR="006B1303" w:rsidRPr="006B1303">
        <w:rPr>
          <w:rFonts w:ascii="Arial" w:hAnsi="Arial" w:cs="Arial"/>
          <w:szCs w:val="28"/>
          <w:lang w:val="sl-SI"/>
        </w:rPr>
        <w:t xml:space="preserve"> Na tekmovanju bo krožni sistem po postajah. </w:t>
      </w:r>
    </w:p>
    <w:p w14:paraId="5AC1D80F" w14:textId="30A49D43" w:rsidR="00067E68" w:rsidRPr="002573E8" w:rsidRDefault="0015460C">
      <w:pPr>
        <w:spacing w:before="200" w:after="8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color w:val="1E3A8A"/>
          <w:sz w:val="26"/>
          <w:lang w:val="sl-SI"/>
        </w:rPr>
        <w:t>PRAVILA IN NIVOJI OCENJEVANJA</w:t>
      </w:r>
    </w:p>
    <w:p w14:paraId="598A8B11" w14:textId="793E2682" w:rsidR="00067E68" w:rsidRPr="002573E8" w:rsidRDefault="0015460C" w:rsidP="006769D4">
      <w:pPr>
        <w:spacing w:after="0"/>
        <w:rPr>
          <w:rFonts w:ascii="Arial" w:hAnsi="Arial" w:cs="Arial"/>
          <w:sz w:val="28"/>
          <w:szCs w:val="28"/>
          <w:lang w:val="sl-SI"/>
        </w:rPr>
      </w:pPr>
      <w:r w:rsidRPr="002573E8">
        <w:rPr>
          <w:rFonts w:ascii="Arial" w:hAnsi="Arial" w:cs="Arial"/>
          <w:szCs w:val="28"/>
          <w:lang w:val="sl-SI"/>
        </w:rPr>
        <w:t>Na 15. državnih igrah MATP SOS bo 6 tekmovalnih postaj (tematsko obarvanih z zasavskim rudarstvom). Sodniki ocenjujejo izvedbe na treh nivojih:</w:t>
      </w:r>
    </w:p>
    <w:p w14:paraId="3306004A" w14:textId="77777777" w:rsidR="00067E68" w:rsidRPr="002573E8" w:rsidRDefault="0015460C" w:rsidP="006769D4">
      <w:pPr>
        <w:pStyle w:val="Oznaenseznam"/>
        <w:spacing w:after="0"/>
        <w:rPr>
          <w:rFonts w:ascii="Arial" w:hAnsi="Arial" w:cs="Arial"/>
          <w:sz w:val="28"/>
          <w:szCs w:val="28"/>
          <w:lang w:val="sl-SI"/>
        </w:rPr>
      </w:pPr>
      <w:r w:rsidRPr="002573E8">
        <w:rPr>
          <w:rFonts w:ascii="Arial" w:hAnsi="Arial" w:cs="Arial"/>
          <w:b/>
          <w:szCs w:val="28"/>
          <w:lang w:val="sl-SI"/>
        </w:rPr>
        <w:t>1. nivo: nalogo opravi s fizično pomočjo (telesnim vodenjem)</w:t>
      </w:r>
    </w:p>
    <w:p w14:paraId="0845ED0E" w14:textId="77777777" w:rsidR="00067E68" w:rsidRPr="002573E8" w:rsidRDefault="0015460C" w:rsidP="006769D4">
      <w:pPr>
        <w:pStyle w:val="Oznaenseznam"/>
        <w:spacing w:after="0"/>
        <w:rPr>
          <w:rFonts w:ascii="Arial" w:hAnsi="Arial" w:cs="Arial"/>
          <w:sz w:val="28"/>
          <w:szCs w:val="28"/>
          <w:lang w:val="sl-SI"/>
        </w:rPr>
      </w:pPr>
      <w:r w:rsidRPr="002573E8">
        <w:rPr>
          <w:rFonts w:ascii="Arial" w:hAnsi="Arial" w:cs="Arial"/>
          <w:b/>
          <w:szCs w:val="28"/>
          <w:lang w:val="sl-SI"/>
        </w:rPr>
        <w:t>2. nivo: nalogo opravi z verbalno pomočjo (verbalnim usmerjanjem)</w:t>
      </w:r>
    </w:p>
    <w:p w14:paraId="7DA3E136" w14:textId="77777777" w:rsidR="00067E68" w:rsidRPr="001D69D6" w:rsidRDefault="0015460C" w:rsidP="006769D4">
      <w:pPr>
        <w:pStyle w:val="Oznaenseznam"/>
        <w:spacing w:after="0"/>
        <w:rPr>
          <w:rFonts w:ascii="Arial" w:hAnsi="Arial" w:cs="Arial"/>
          <w:sz w:val="28"/>
          <w:szCs w:val="28"/>
          <w:lang w:val="sl-SI"/>
        </w:rPr>
      </w:pPr>
      <w:r w:rsidRPr="002573E8">
        <w:rPr>
          <w:rFonts w:ascii="Arial" w:hAnsi="Arial" w:cs="Arial"/>
          <w:b/>
          <w:szCs w:val="28"/>
          <w:lang w:val="sl-SI"/>
        </w:rPr>
        <w:t>3. nivo: nalogo opravi samostojno</w:t>
      </w:r>
    </w:p>
    <w:p w14:paraId="355A0FF4" w14:textId="77777777" w:rsidR="001D69D6" w:rsidRDefault="001D69D6" w:rsidP="001D69D6">
      <w:pPr>
        <w:pStyle w:val="Oznaenseznam"/>
        <w:numPr>
          <w:ilvl w:val="0"/>
          <w:numId w:val="0"/>
        </w:numPr>
        <w:rPr>
          <w:lang w:val="sl-SI"/>
        </w:rPr>
      </w:pPr>
    </w:p>
    <w:p w14:paraId="1303DE7D" w14:textId="6FD7B4C7" w:rsidR="00067E68" w:rsidRPr="002573E8" w:rsidRDefault="0015460C" w:rsidP="004F3E3B">
      <w:pPr>
        <w:spacing w:before="20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color w:val="1E3A8A"/>
          <w:sz w:val="26"/>
          <w:lang w:val="sl-SI"/>
        </w:rPr>
        <w:t>PODROBNA NAVODILA TEKMOVALNIH POSTAJ</w:t>
      </w:r>
    </w:p>
    <w:p w14:paraId="167B1D48" w14:textId="77777777" w:rsidR="00067E68" w:rsidRPr="002573E8" w:rsidRDefault="0015460C" w:rsidP="004F3E3B">
      <w:pPr>
        <w:spacing w:after="8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color w:val="D97706"/>
          <w:lang w:val="sl-SI"/>
        </w:rPr>
        <w:t>1. SPREHOD SKOZI RUDNIK</w:t>
      </w:r>
    </w:p>
    <w:p w14:paraId="0C1F0BA8" w14:textId="515B4B3D" w:rsidR="00067E68" w:rsidRPr="002573E8" w:rsidRDefault="0015460C" w:rsidP="006769D4">
      <w:pPr>
        <w:spacing w:after="6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lang w:val="sl-SI"/>
        </w:rPr>
        <w:t xml:space="preserve">• Področje: </w:t>
      </w:r>
      <w:r w:rsidRPr="002573E8">
        <w:rPr>
          <w:rFonts w:ascii="Arial" w:hAnsi="Arial" w:cs="Arial"/>
          <w:lang w:val="sl-SI"/>
        </w:rPr>
        <w:t xml:space="preserve">Mobilnost  |  </w:t>
      </w:r>
      <w:r w:rsidRPr="002573E8">
        <w:rPr>
          <w:rFonts w:ascii="Arial" w:hAnsi="Arial" w:cs="Arial"/>
          <w:b/>
          <w:lang w:val="sl-SI"/>
        </w:rPr>
        <w:t xml:space="preserve">Aktivnost: </w:t>
      </w:r>
      <w:r w:rsidRPr="002573E8">
        <w:rPr>
          <w:rFonts w:ascii="Arial" w:hAnsi="Arial" w:cs="Arial"/>
          <w:lang w:val="sl-SI"/>
        </w:rPr>
        <w:t>Hoja / vožnja čez različne površine in ovire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Pripomočki: </w:t>
      </w:r>
      <w:r w:rsidRPr="002573E8">
        <w:rPr>
          <w:rFonts w:ascii="Arial" w:hAnsi="Arial" w:cs="Arial"/>
          <w:lang w:val="sl-SI"/>
        </w:rPr>
        <w:t>Čelada, svetilka, stožci, taktilna zavesa, tirnice z gumo, diamant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Opis: </w:t>
      </w:r>
      <w:r w:rsidRPr="002573E8">
        <w:rPr>
          <w:rFonts w:ascii="Arial" w:hAnsi="Arial" w:cs="Arial"/>
          <w:lang w:val="sl-SI"/>
        </w:rPr>
        <w:t>Start: Rudarska čelada in svetilka. Dirka po glavnem rovu (3m). Slalom med stožci. Prehod pod taktilnimi trakovi (kapniški tunel). Prehod čez 3 gumi tirnice. Kopanje rude ('diamant'). Izhod z obratom za 360°.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</w:t>
      </w:r>
      <w:r w:rsidR="000B532F">
        <w:rPr>
          <w:rFonts w:ascii="Arial" w:hAnsi="Arial" w:cs="Arial"/>
          <w:b/>
          <w:lang w:val="sl-SI"/>
        </w:rPr>
        <w:t>Cilj:</w:t>
      </w:r>
      <w:r w:rsidRPr="002573E8">
        <w:rPr>
          <w:rFonts w:ascii="Arial" w:hAnsi="Arial" w:cs="Arial"/>
          <w:b/>
          <w:lang w:val="sl-SI"/>
        </w:rPr>
        <w:t xml:space="preserve"> </w:t>
      </w:r>
      <w:r w:rsidRPr="002573E8">
        <w:rPr>
          <w:rFonts w:ascii="Arial" w:hAnsi="Arial" w:cs="Arial"/>
          <w:lang w:val="sl-SI"/>
        </w:rPr>
        <w:t>Čas v sekundah (primerno za mlajše in starejše)</w:t>
      </w:r>
    </w:p>
    <w:p w14:paraId="1E0EDDDC" w14:textId="3FCAA0DA" w:rsidR="00067E68" w:rsidRPr="002573E8" w:rsidRDefault="0015460C">
      <w:pPr>
        <w:spacing w:before="200" w:after="8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color w:val="D97706"/>
          <w:lang w:val="sl-SI"/>
        </w:rPr>
        <w:lastRenderedPageBreak/>
        <w:t>2. BRCANJE ŽOGE NA GOL (NZS)</w:t>
      </w:r>
    </w:p>
    <w:p w14:paraId="3B6212BF" w14:textId="24AFB5AD" w:rsidR="00067E68" w:rsidRPr="002573E8" w:rsidRDefault="0015460C">
      <w:pPr>
        <w:spacing w:after="6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lang w:val="sl-SI"/>
        </w:rPr>
        <w:t xml:space="preserve">• Področje: </w:t>
      </w:r>
      <w:r w:rsidRPr="002573E8">
        <w:rPr>
          <w:rFonts w:ascii="Arial" w:hAnsi="Arial" w:cs="Arial"/>
          <w:lang w:val="sl-SI"/>
        </w:rPr>
        <w:t xml:space="preserve">Brcanje  |  </w:t>
      </w:r>
      <w:r w:rsidRPr="002573E8">
        <w:rPr>
          <w:rFonts w:ascii="Arial" w:hAnsi="Arial" w:cs="Arial"/>
          <w:b/>
          <w:lang w:val="sl-SI"/>
        </w:rPr>
        <w:t xml:space="preserve">Aktivnost: </w:t>
      </w:r>
      <w:r w:rsidRPr="002573E8">
        <w:rPr>
          <w:rFonts w:ascii="Arial" w:hAnsi="Arial" w:cs="Arial"/>
          <w:lang w:val="sl-SI"/>
        </w:rPr>
        <w:t>Brcanje žoge v gol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Pripomočki: </w:t>
      </w:r>
      <w:r w:rsidRPr="002573E8">
        <w:rPr>
          <w:rFonts w:ascii="Arial" w:hAnsi="Arial" w:cs="Arial"/>
          <w:lang w:val="sl-SI"/>
        </w:rPr>
        <w:t>4 različne žoge (nogometna, gumijasta, terapevtska, spužvasta), 1 gol, klopi za omejitev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Opis: </w:t>
      </w:r>
      <w:r w:rsidRPr="002573E8">
        <w:rPr>
          <w:rFonts w:ascii="Arial" w:hAnsi="Arial" w:cs="Arial"/>
          <w:lang w:val="sl-SI"/>
        </w:rPr>
        <w:t>Brcanje ali potiskanje žoge z vozičkom proti golu na razdalji ~3m ali s štartne črte. Gol je postavljen tako, da ga ni mogoče zgrešiti.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</w:t>
      </w:r>
      <w:r w:rsidR="000B532F">
        <w:rPr>
          <w:rFonts w:ascii="Arial" w:hAnsi="Arial" w:cs="Arial"/>
          <w:b/>
          <w:lang w:val="sl-SI"/>
        </w:rPr>
        <w:t>Cilj:</w:t>
      </w:r>
      <w:r w:rsidRPr="002573E8">
        <w:rPr>
          <w:rFonts w:ascii="Arial" w:hAnsi="Arial" w:cs="Arial"/>
          <w:b/>
          <w:lang w:val="sl-SI"/>
        </w:rPr>
        <w:t xml:space="preserve"> </w:t>
      </w:r>
      <w:r w:rsidR="000B532F">
        <w:rPr>
          <w:rFonts w:ascii="Arial" w:hAnsi="Arial" w:cs="Arial"/>
          <w:lang w:val="sl-SI"/>
        </w:rPr>
        <w:t>Zadeti gol z različnimi žogami</w:t>
      </w:r>
      <w:r w:rsidRPr="002573E8">
        <w:rPr>
          <w:rFonts w:ascii="Arial" w:hAnsi="Arial" w:cs="Arial"/>
          <w:lang w:val="sl-SI"/>
        </w:rPr>
        <w:t xml:space="preserve"> (primerno za mlajše in starejše)</w:t>
      </w:r>
    </w:p>
    <w:p w14:paraId="3C75EA5A" w14:textId="77777777" w:rsidR="00067E68" w:rsidRPr="002573E8" w:rsidRDefault="0015460C">
      <w:pPr>
        <w:spacing w:before="200" w:after="8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color w:val="D97706"/>
          <w:lang w:val="sl-SI"/>
        </w:rPr>
        <w:t>3. METANJE ŠKORNJA V HUNT</w:t>
      </w:r>
    </w:p>
    <w:p w14:paraId="12AC44AE" w14:textId="3BE053C1" w:rsidR="00067E68" w:rsidRPr="002573E8" w:rsidRDefault="0015460C">
      <w:pPr>
        <w:spacing w:after="6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lang w:val="sl-SI"/>
        </w:rPr>
        <w:t xml:space="preserve">• Področje: </w:t>
      </w:r>
      <w:r w:rsidRPr="002573E8">
        <w:rPr>
          <w:rFonts w:ascii="Arial" w:hAnsi="Arial" w:cs="Arial"/>
          <w:lang w:val="sl-SI"/>
        </w:rPr>
        <w:t xml:space="preserve">Ročnost  |  </w:t>
      </w:r>
      <w:r w:rsidRPr="002573E8">
        <w:rPr>
          <w:rFonts w:ascii="Arial" w:hAnsi="Arial" w:cs="Arial"/>
          <w:b/>
          <w:lang w:val="sl-SI"/>
        </w:rPr>
        <w:t xml:space="preserve">Aktivnost: </w:t>
      </w:r>
      <w:r w:rsidRPr="002573E8">
        <w:rPr>
          <w:rFonts w:ascii="Arial" w:hAnsi="Arial" w:cs="Arial"/>
          <w:lang w:val="sl-SI"/>
        </w:rPr>
        <w:t>Z različnimi predmeti zadeti zaboje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Pripomočki: </w:t>
      </w:r>
      <w:r w:rsidRPr="002573E8">
        <w:rPr>
          <w:rFonts w:ascii="Arial" w:hAnsi="Arial" w:cs="Arial"/>
          <w:lang w:val="sl-SI"/>
        </w:rPr>
        <w:t>Vedro z rudo, žogice, fižolove vrečke, gumijast škorenj, zaboji (hunt)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Opis: </w:t>
      </w:r>
      <w:r w:rsidRPr="002573E8">
        <w:rPr>
          <w:rFonts w:ascii="Arial" w:hAnsi="Arial" w:cs="Arial"/>
          <w:lang w:val="sl-SI"/>
        </w:rPr>
        <w:t>Sedenje ali stanje pred črto z vedrom 'rude' ter z enoročnim zamahom metanje rekvizita v zaboje za rudo.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</w:t>
      </w:r>
      <w:r w:rsidR="000B532F">
        <w:rPr>
          <w:rFonts w:ascii="Arial" w:hAnsi="Arial" w:cs="Arial"/>
          <w:b/>
          <w:lang w:val="sl-SI"/>
        </w:rPr>
        <w:t>Cilj:</w:t>
      </w:r>
      <w:r w:rsidRPr="002573E8">
        <w:rPr>
          <w:rFonts w:ascii="Arial" w:hAnsi="Arial" w:cs="Arial"/>
          <w:b/>
          <w:lang w:val="sl-SI"/>
        </w:rPr>
        <w:t xml:space="preserve"> </w:t>
      </w:r>
      <w:r w:rsidR="000B532F">
        <w:rPr>
          <w:rFonts w:ascii="Arial" w:hAnsi="Arial" w:cs="Arial"/>
          <w:lang w:val="sl-SI"/>
        </w:rPr>
        <w:t>Z žogico, vrečj</w:t>
      </w:r>
      <w:r w:rsidRPr="002573E8">
        <w:rPr>
          <w:rFonts w:ascii="Arial" w:hAnsi="Arial" w:cs="Arial"/>
          <w:lang w:val="sl-SI"/>
        </w:rPr>
        <w:t xml:space="preserve"> (primerno za mlajše in starejše)</w:t>
      </w:r>
    </w:p>
    <w:p w14:paraId="75D393B6" w14:textId="77777777" w:rsidR="00067E68" w:rsidRPr="002573E8" w:rsidRDefault="0015460C">
      <w:pPr>
        <w:spacing w:before="200" w:after="8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color w:val="D97706"/>
          <w:lang w:val="sl-SI"/>
        </w:rPr>
        <w:t>4. ODMIKANJE IN ODBIJANJE REKVIZITOV</w:t>
      </w:r>
    </w:p>
    <w:p w14:paraId="50D6986A" w14:textId="5E175845" w:rsidR="00067E68" w:rsidRPr="002573E8" w:rsidRDefault="0015460C">
      <w:pPr>
        <w:spacing w:after="6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lang w:val="sl-SI"/>
        </w:rPr>
        <w:t xml:space="preserve">• Področje: </w:t>
      </w:r>
      <w:r w:rsidRPr="002573E8">
        <w:rPr>
          <w:rFonts w:ascii="Arial" w:hAnsi="Arial" w:cs="Arial"/>
          <w:lang w:val="sl-SI"/>
        </w:rPr>
        <w:t xml:space="preserve">Udarjanje  |  </w:t>
      </w:r>
      <w:r w:rsidRPr="002573E8">
        <w:rPr>
          <w:rFonts w:ascii="Arial" w:hAnsi="Arial" w:cs="Arial"/>
          <w:b/>
          <w:lang w:val="sl-SI"/>
        </w:rPr>
        <w:t xml:space="preserve">Aktivnost: </w:t>
      </w:r>
      <w:r w:rsidRPr="002573E8">
        <w:rPr>
          <w:rFonts w:ascii="Arial" w:hAnsi="Arial" w:cs="Arial"/>
          <w:lang w:val="sl-SI"/>
        </w:rPr>
        <w:t>Udarjanje visečih predmetov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Pripomočki: </w:t>
      </w:r>
      <w:r w:rsidRPr="002573E8">
        <w:rPr>
          <w:rFonts w:ascii="Arial" w:hAnsi="Arial" w:cs="Arial"/>
          <w:lang w:val="sl-SI"/>
        </w:rPr>
        <w:t>Vrv, baloni, žogice, muholovec, namiznoteniški/badminton/teniški lopar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Opis: </w:t>
      </w:r>
      <w:r w:rsidRPr="002573E8">
        <w:rPr>
          <w:rFonts w:ascii="Arial" w:hAnsi="Arial" w:cs="Arial"/>
          <w:lang w:val="sl-SI"/>
        </w:rPr>
        <w:t>Obešeni tarčni rekviziti. Tekmovalec z zamahe odbija rekvizite naprej ali nazaj ter se premika do naslednjega.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</w:t>
      </w:r>
      <w:r w:rsidR="000B532F">
        <w:rPr>
          <w:rFonts w:ascii="Arial" w:hAnsi="Arial" w:cs="Arial"/>
          <w:b/>
          <w:lang w:val="sl-SI"/>
        </w:rPr>
        <w:t>Cilj:</w:t>
      </w:r>
      <w:r w:rsidRPr="002573E8">
        <w:rPr>
          <w:rFonts w:ascii="Arial" w:hAnsi="Arial" w:cs="Arial"/>
          <w:b/>
          <w:lang w:val="sl-SI"/>
        </w:rPr>
        <w:t xml:space="preserve"> </w:t>
      </w:r>
      <w:r w:rsidR="000B532F">
        <w:rPr>
          <w:rFonts w:ascii="Arial" w:hAnsi="Arial" w:cs="Arial"/>
          <w:lang w:val="sl-SI"/>
        </w:rPr>
        <w:t xml:space="preserve">Uspešno odbiti rekvizite </w:t>
      </w:r>
      <w:r w:rsidRPr="002573E8">
        <w:rPr>
          <w:rFonts w:ascii="Arial" w:hAnsi="Arial" w:cs="Arial"/>
          <w:lang w:val="sl-SI"/>
        </w:rPr>
        <w:t>(primerno za mlajše in starejše)</w:t>
      </w:r>
    </w:p>
    <w:p w14:paraId="53A1F88B" w14:textId="77777777" w:rsidR="00067E68" w:rsidRPr="002573E8" w:rsidRDefault="0015460C">
      <w:pPr>
        <w:spacing w:before="200" w:after="8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color w:val="D97706"/>
          <w:lang w:val="sl-SI"/>
        </w:rPr>
        <w:t>5. RAVNOTEŽJE</w:t>
      </w:r>
    </w:p>
    <w:p w14:paraId="07C8C4C4" w14:textId="381DD792" w:rsidR="00067E68" w:rsidRPr="002573E8" w:rsidRDefault="0015460C">
      <w:pPr>
        <w:spacing w:after="6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lang w:val="sl-SI"/>
        </w:rPr>
        <w:t xml:space="preserve">• Področje: </w:t>
      </w:r>
      <w:r w:rsidRPr="002573E8">
        <w:rPr>
          <w:rFonts w:ascii="Arial" w:hAnsi="Arial" w:cs="Arial"/>
          <w:lang w:val="sl-SI"/>
        </w:rPr>
        <w:t xml:space="preserve">Ravnotežje  |  </w:t>
      </w:r>
      <w:r w:rsidRPr="002573E8">
        <w:rPr>
          <w:rFonts w:ascii="Arial" w:hAnsi="Arial" w:cs="Arial"/>
          <w:b/>
          <w:lang w:val="sl-SI"/>
        </w:rPr>
        <w:t xml:space="preserve">Aktivnost: </w:t>
      </w:r>
      <w:r w:rsidRPr="002573E8">
        <w:rPr>
          <w:rFonts w:ascii="Arial" w:hAnsi="Arial" w:cs="Arial"/>
          <w:lang w:val="sl-SI"/>
        </w:rPr>
        <w:t>Hoja / vožnja čez ravnotežnostne ovire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Pripomočki: </w:t>
      </w:r>
      <w:r w:rsidRPr="002573E8">
        <w:rPr>
          <w:rFonts w:ascii="Arial" w:hAnsi="Arial" w:cs="Arial"/>
          <w:lang w:val="sl-SI"/>
        </w:rPr>
        <w:t xml:space="preserve">Nizke lesene letve z gumi trakovi, previsna klančina, 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Opis: </w:t>
      </w:r>
      <w:r w:rsidRPr="002573E8">
        <w:rPr>
          <w:rFonts w:ascii="Arial" w:hAnsi="Arial" w:cs="Arial"/>
          <w:lang w:val="sl-SI"/>
        </w:rPr>
        <w:t>Vožnja/hoja po vzporednih tirnicah (širine 80–100cm), gumi trakovi, previsna klančina, princip peta-prsti po črti, obrat 180°.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</w:t>
      </w:r>
      <w:r w:rsidR="000B532F">
        <w:rPr>
          <w:rFonts w:ascii="Arial" w:hAnsi="Arial" w:cs="Arial"/>
          <w:b/>
          <w:lang w:val="sl-SI"/>
        </w:rPr>
        <w:t>Cilj:</w:t>
      </w:r>
      <w:r w:rsidRPr="002573E8">
        <w:rPr>
          <w:rFonts w:ascii="Arial" w:hAnsi="Arial" w:cs="Arial"/>
          <w:b/>
          <w:lang w:val="sl-SI"/>
        </w:rPr>
        <w:t xml:space="preserve"> </w:t>
      </w:r>
      <w:r w:rsidR="000B532F">
        <w:rPr>
          <w:rFonts w:ascii="Arial" w:hAnsi="Arial" w:cs="Arial"/>
          <w:lang w:val="sl-SI"/>
        </w:rPr>
        <w:t>Premagati dane naloge</w:t>
      </w:r>
      <w:r w:rsidRPr="002573E8">
        <w:rPr>
          <w:rFonts w:ascii="Arial" w:hAnsi="Arial" w:cs="Arial"/>
          <w:lang w:val="sl-SI"/>
        </w:rPr>
        <w:t xml:space="preserve"> (primerno za mlajše in starejše)</w:t>
      </w:r>
    </w:p>
    <w:p w14:paraId="3C3145A1" w14:textId="77777777" w:rsidR="00067E68" w:rsidRPr="002573E8" w:rsidRDefault="0015460C">
      <w:pPr>
        <w:spacing w:before="200" w:after="8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color w:val="D97706"/>
          <w:lang w:val="sl-SI"/>
        </w:rPr>
        <w:t>6. SENZORNA POSTAJA / POČITEK PO PRIHODU IZ ROVA</w:t>
      </w:r>
    </w:p>
    <w:p w14:paraId="7A5CB163" w14:textId="510E1A53" w:rsidR="009832F5" w:rsidRDefault="0015460C">
      <w:pPr>
        <w:spacing w:after="60"/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lang w:val="sl-SI"/>
        </w:rPr>
        <w:t xml:space="preserve">• Področje: </w:t>
      </w:r>
      <w:r w:rsidRPr="002573E8">
        <w:rPr>
          <w:rFonts w:ascii="Arial" w:hAnsi="Arial" w:cs="Arial"/>
          <w:lang w:val="sl-SI"/>
        </w:rPr>
        <w:t xml:space="preserve">Senzorika  |  </w:t>
      </w:r>
      <w:r w:rsidRPr="002573E8">
        <w:rPr>
          <w:rFonts w:ascii="Arial" w:hAnsi="Arial" w:cs="Arial"/>
          <w:b/>
          <w:lang w:val="sl-SI"/>
        </w:rPr>
        <w:t xml:space="preserve">Aktivnost: </w:t>
      </w:r>
      <w:r w:rsidRPr="002573E8">
        <w:rPr>
          <w:rFonts w:ascii="Arial" w:hAnsi="Arial" w:cs="Arial"/>
          <w:lang w:val="sl-SI"/>
        </w:rPr>
        <w:t>Interakcija z robotskimi živalmi, podporna komunikacija, zvoki in svetloba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Pripomočki: </w:t>
      </w:r>
      <w:r w:rsidRPr="002573E8">
        <w:rPr>
          <w:rFonts w:ascii="Arial" w:hAnsi="Arial" w:cs="Arial"/>
          <w:lang w:val="sl-SI"/>
        </w:rPr>
        <w:t>Robotska terapevtska žival, senzorne plošče, rudarsko orodje, solna svetilka, drobna ropotuljica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Opis: </w:t>
      </w:r>
      <w:r w:rsidRPr="002573E8">
        <w:rPr>
          <w:rFonts w:ascii="Arial" w:hAnsi="Arial" w:cs="Arial"/>
          <w:lang w:val="sl-SI"/>
        </w:rPr>
        <w:t>Božanje/česanje terapevtskega psa ali mačke (vsaj 3x s podporo sličice). Zabojček z rudniškimi zakladi. Zvoki podzemlja (pretakanje kamenčkov). Solna svetilka ali LED lučke.</w:t>
      </w:r>
      <w:r w:rsidRPr="002573E8">
        <w:rPr>
          <w:rFonts w:ascii="Arial" w:hAnsi="Arial" w:cs="Arial"/>
          <w:lang w:val="sl-SI"/>
        </w:rPr>
        <w:br/>
      </w:r>
      <w:r w:rsidRPr="002573E8">
        <w:rPr>
          <w:rFonts w:ascii="Arial" w:hAnsi="Arial" w:cs="Arial"/>
          <w:b/>
          <w:lang w:val="sl-SI"/>
        </w:rPr>
        <w:t xml:space="preserve">• </w:t>
      </w:r>
      <w:r w:rsidR="000B532F">
        <w:rPr>
          <w:rFonts w:ascii="Arial" w:hAnsi="Arial" w:cs="Arial"/>
          <w:b/>
          <w:lang w:val="sl-SI"/>
        </w:rPr>
        <w:t>Cilj:</w:t>
      </w:r>
      <w:r w:rsidRPr="002573E8">
        <w:rPr>
          <w:rFonts w:ascii="Arial" w:hAnsi="Arial" w:cs="Arial"/>
          <w:b/>
          <w:lang w:val="sl-SI"/>
        </w:rPr>
        <w:t xml:space="preserve"> </w:t>
      </w:r>
      <w:r w:rsidRPr="002573E8">
        <w:rPr>
          <w:rFonts w:ascii="Arial" w:hAnsi="Arial" w:cs="Arial"/>
          <w:lang w:val="sl-SI"/>
        </w:rPr>
        <w:t xml:space="preserve">Uspešno </w:t>
      </w:r>
      <w:r w:rsidR="000B532F">
        <w:rPr>
          <w:rFonts w:ascii="Arial" w:hAnsi="Arial" w:cs="Arial"/>
          <w:lang w:val="sl-SI"/>
        </w:rPr>
        <w:t>premagati vse naloge</w:t>
      </w:r>
      <w:r w:rsidRPr="002573E8">
        <w:rPr>
          <w:rFonts w:ascii="Arial" w:hAnsi="Arial" w:cs="Arial"/>
          <w:lang w:val="sl-SI"/>
        </w:rPr>
        <w:t xml:space="preserve"> (primerno za mlajše in starejše)</w:t>
      </w:r>
    </w:p>
    <w:p w14:paraId="2987F969" w14:textId="77777777" w:rsidR="009832F5" w:rsidRPr="002573E8" w:rsidRDefault="009832F5">
      <w:pPr>
        <w:spacing w:after="60"/>
        <w:rPr>
          <w:rFonts w:ascii="Arial" w:hAnsi="Arial" w:cs="Arial"/>
          <w:lang w:val="sl-SI"/>
        </w:rPr>
      </w:pPr>
    </w:p>
    <w:p w14:paraId="5E997A42" w14:textId="77777777" w:rsidR="009832F5" w:rsidRDefault="009832F5" w:rsidP="009832F5">
      <w:pPr>
        <w:spacing w:after="0"/>
        <w:rPr>
          <w:rFonts w:ascii="Arial" w:hAnsi="Arial" w:cs="Arial"/>
          <w:b/>
          <w:color w:val="1E3A8A"/>
          <w:sz w:val="26"/>
          <w:lang w:val="sl-SI"/>
        </w:rPr>
      </w:pPr>
      <w:r>
        <w:rPr>
          <w:rFonts w:ascii="Arial" w:hAnsi="Arial" w:cs="Arial"/>
          <w:b/>
          <w:color w:val="1E3A8A"/>
          <w:sz w:val="26"/>
          <w:lang w:val="sl-SI"/>
        </w:rPr>
        <w:t xml:space="preserve">Uspešne priprave na tekmovanje vam želi ekipa iz VDC Zasavje! </w:t>
      </w:r>
    </w:p>
    <w:p w14:paraId="4A5218F3" w14:textId="48D99798" w:rsidR="009832F5" w:rsidRDefault="009832F5" w:rsidP="009832F5">
      <w:pPr>
        <w:spacing w:after="0"/>
        <w:rPr>
          <w:rFonts w:ascii="Arial" w:hAnsi="Arial" w:cs="Arial"/>
          <w:b/>
          <w:color w:val="1E3A8A"/>
          <w:sz w:val="26"/>
          <w:lang w:val="sl-SI"/>
        </w:rPr>
      </w:pPr>
      <w:r>
        <w:rPr>
          <w:rFonts w:ascii="Arial" w:hAnsi="Arial" w:cs="Arial"/>
          <w:b/>
          <w:color w:val="1E3A8A"/>
          <w:sz w:val="26"/>
          <w:lang w:val="sl-SI"/>
        </w:rPr>
        <w:t>SREČNO!</w:t>
      </w:r>
    </w:p>
    <w:p w14:paraId="4A940110" w14:textId="1CE51479" w:rsidR="009832F5" w:rsidRPr="009832F5" w:rsidRDefault="009832F5" w:rsidP="009832F5">
      <w:pPr>
        <w:pStyle w:val="Oznaenseznam"/>
        <w:numPr>
          <w:ilvl w:val="0"/>
          <w:numId w:val="0"/>
        </w:numPr>
        <w:spacing w:after="0"/>
        <w:jc w:val="right"/>
        <w:rPr>
          <w:rFonts w:ascii="Arial" w:hAnsi="Arial" w:cs="Arial"/>
          <w:lang w:val="sl-SI"/>
        </w:rPr>
      </w:pPr>
      <w:r w:rsidRPr="009832F5">
        <w:rPr>
          <w:rFonts w:ascii="Arial" w:hAnsi="Arial" w:cs="Arial"/>
          <w:lang w:val="sl-SI"/>
        </w:rPr>
        <w:t>DIREKTORICA: Hedvika Kovač</w:t>
      </w:r>
    </w:p>
    <w:p w14:paraId="13ABB706" w14:textId="7040EBE5" w:rsidR="00067E68" w:rsidRPr="006B1303" w:rsidRDefault="0015460C" w:rsidP="006769D4">
      <w:pPr>
        <w:spacing w:before="200" w:after="80"/>
        <w:jc w:val="center"/>
        <w:rPr>
          <w:rFonts w:ascii="Arial" w:hAnsi="Arial" w:cs="Arial"/>
          <w:b/>
          <w:color w:val="1E3A8A"/>
          <w:sz w:val="32"/>
          <w:szCs w:val="28"/>
          <w:lang w:val="sl-SI"/>
        </w:rPr>
      </w:pPr>
      <w:r w:rsidRPr="006B1303">
        <w:rPr>
          <w:rFonts w:ascii="Arial" w:hAnsi="Arial" w:cs="Arial"/>
          <w:b/>
          <w:color w:val="1E3A8A"/>
          <w:sz w:val="32"/>
          <w:szCs w:val="28"/>
          <w:lang w:val="sl-SI"/>
        </w:rPr>
        <w:lastRenderedPageBreak/>
        <w:t>SKUPINSKA PRIJAVNICA – EKIPA</w:t>
      </w:r>
    </w:p>
    <w:p w14:paraId="4691D02F" w14:textId="657075B8" w:rsidR="006769D4" w:rsidRPr="006B1303" w:rsidRDefault="006769D4" w:rsidP="006769D4">
      <w:pPr>
        <w:spacing w:before="200" w:after="80"/>
        <w:jc w:val="center"/>
        <w:rPr>
          <w:rFonts w:ascii="Arial" w:hAnsi="Arial" w:cs="Arial"/>
          <w:b/>
          <w:color w:val="1E3A8A"/>
          <w:sz w:val="32"/>
          <w:szCs w:val="28"/>
          <w:lang w:val="sl-SI"/>
        </w:rPr>
      </w:pPr>
      <w:r w:rsidRPr="006B1303">
        <w:rPr>
          <w:rFonts w:ascii="Arial" w:hAnsi="Arial" w:cs="Arial"/>
          <w:b/>
          <w:color w:val="1E3A8A"/>
          <w:sz w:val="32"/>
          <w:szCs w:val="28"/>
          <w:lang w:val="sl-SI"/>
        </w:rPr>
        <w:t>15. DRŽAVNE IGRE MATP SPECIALNE OLIMPIADE</w:t>
      </w:r>
    </w:p>
    <w:p w14:paraId="2660F1E1" w14:textId="2F0189BB" w:rsidR="006769D4" w:rsidRPr="006B1303" w:rsidRDefault="006769D4" w:rsidP="006769D4">
      <w:pPr>
        <w:spacing w:before="200" w:after="80"/>
        <w:jc w:val="center"/>
        <w:rPr>
          <w:rFonts w:ascii="Arial" w:hAnsi="Arial" w:cs="Arial"/>
          <w:b/>
          <w:color w:val="1E3A8A"/>
          <w:sz w:val="32"/>
          <w:szCs w:val="28"/>
          <w:lang w:val="sl-SI"/>
        </w:rPr>
      </w:pPr>
      <w:r w:rsidRPr="006B1303">
        <w:rPr>
          <w:rFonts w:ascii="Arial" w:hAnsi="Arial" w:cs="Arial"/>
          <w:b/>
          <w:color w:val="1E3A8A"/>
          <w:sz w:val="32"/>
          <w:szCs w:val="28"/>
          <w:lang w:val="sl-SI"/>
        </w:rPr>
        <w:t>VDC ZASAVJE, 20.11.2026</w:t>
      </w:r>
    </w:p>
    <w:p w14:paraId="690D98EF" w14:textId="77777777" w:rsidR="006769D4" w:rsidRPr="002573E8" w:rsidRDefault="006769D4" w:rsidP="006769D4">
      <w:pPr>
        <w:spacing w:before="200" w:after="80"/>
        <w:jc w:val="center"/>
        <w:rPr>
          <w:rFonts w:ascii="Arial" w:hAnsi="Arial" w:cs="Arial"/>
          <w:lang w:val="sl-SI"/>
        </w:rPr>
      </w:pPr>
    </w:p>
    <w:p w14:paraId="521D1A0A" w14:textId="77777777" w:rsidR="006B1303" w:rsidRDefault="0015460C">
      <w:pPr>
        <w:rPr>
          <w:rFonts w:ascii="Arial" w:hAnsi="Arial" w:cs="Arial"/>
          <w:i/>
          <w:lang w:val="sl-SI"/>
        </w:rPr>
      </w:pPr>
      <w:r w:rsidRPr="002573E8">
        <w:rPr>
          <w:rFonts w:ascii="Arial" w:hAnsi="Arial" w:cs="Arial"/>
          <w:i/>
          <w:lang w:val="sl-SI"/>
        </w:rPr>
        <w:t xml:space="preserve">Prijavnico izpolnite in pošljete na e-naslov: </w:t>
      </w:r>
      <w:hyperlink r:id="rId19" w:history="1">
        <w:r w:rsidR="006B1303" w:rsidRPr="00557A4A">
          <w:rPr>
            <w:rStyle w:val="Hiperpovezava"/>
            <w:rFonts w:ascii="Arial" w:hAnsi="Arial" w:cs="Arial"/>
            <w:i/>
            <w:lang w:val="sl-SI"/>
          </w:rPr>
          <w:t>tinkara.kovac@vdc-zasavje.si</w:t>
        </w:r>
      </w:hyperlink>
      <w:r w:rsidR="006B1303">
        <w:rPr>
          <w:rFonts w:ascii="Arial" w:hAnsi="Arial" w:cs="Arial"/>
          <w:i/>
          <w:lang w:val="sl-SI"/>
        </w:rPr>
        <w:t xml:space="preserve"> </w:t>
      </w:r>
    </w:p>
    <w:p w14:paraId="3D992A29" w14:textId="2F6F0B9C" w:rsidR="00067E68" w:rsidRPr="002573E8" w:rsidRDefault="0015460C">
      <w:pPr>
        <w:rPr>
          <w:rFonts w:ascii="Arial" w:hAnsi="Arial" w:cs="Arial"/>
          <w:i/>
          <w:lang w:val="sl-SI"/>
        </w:rPr>
      </w:pPr>
      <w:r w:rsidRPr="002573E8">
        <w:rPr>
          <w:rFonts w:ascii="Arial" w:hAnsi="Arial" w:cs="Arial"/>
          <w:i/>
          <w:lang w:val="sl-SI"/>
        </w:rPr>
        <w:t>do ponedeljka, 2. 11. 2026 do 12:00.</w:t>
      </w:r>
    </w:p>
    <w:p w14:paraId="2275BF9D" w14:textId="53673AF2" w:rsidR="006769D4" w:rsidRPr="002573E8" w:rsidRDefault="006769D4">
      <w:pPr>
        <w:rPr>
          <w:rFonts w:ascii="Arial" w:hAnsi="Arial" w:cs="Arial"/>
          <w:i/>
          <w:lang w:val="sl-SI"/>
        </w:rPr>
      </w:pPr>
      <w:r w:rsidRPr="002573E8">
        <w:rPr>
          <w:rFonts w:ascii="Arial" w:hAnsi="Arial" w:cs="Arial"/>
          <w:i/>
          <w:lang w:val="sl-SI"/>
        </w:rPr>
        <w:t xml:space="preserve">Račun za kotizacijo bo izdal VDC ZASAVJE. </w:t>
      </w:r>
    </w:p>
    <w:p w14:paraId="3A4D28DC" w14:textId="77777777" w:rsidR="006769D4" w:rsidRPr="002573E8" w:rsidRDefault="006769D4">
      <w:pPr>
        <w:rPr>
          <w:rFonts w:ascii="Arial" w:hAnsi="Arial" w:cs="Arial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4"/>
        <w:gridCol w:w="6896"/>
      </w:tblGrid>
      <w:tr w:rsidR="006769D4" w:rsidRPr="002573E8" w14:paraId="3B53CD13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37F33D96" w14:textId="77777777" w:rsidR="006769D4" w:rsidRPr="002573E8" w:rsidRDefault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Ekipa / organizacija:</w:t>
            </w:r>
          </w:p>
        </w:tc>
        <w:tc>
          <w:tcPr>
            <w:tcW w:w="6896" w:type="dxa"/>
          </w:tcPr>
          <w:p w14:paraId="70F8C800" w14:textId="77777777" w:rsidR="006769D4" w:rsidRPr="002573E8" w:rsidRDefault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2819F8FC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18EF36C2" w14:textId="77777777" w:rsidR="006769D4" w:rsidRPr="002573E8" w:rsidRDefault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Polni naslov:</w:t>
            </w:r>
          </w:p>
        </w:tc>
        <w:tc>
          <w:tcPr>
            <w:tcW w:w="6896" w:type="dxa"/>
          </w:tcPr>
          <w:p w14:paraId="71803F04" w14:textId="77777777" w:rsidR="006769D4" w:rsidRPr="002573E8" w:rsidRDefault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22C36727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0771941F" w14:textId="77777777" w:rsidR="006769D4" w:rsidRPr="002573E8" w:rsidRDefault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Davčna številka:</w:t>
            </w:r>
          </w:p>
        </w:tc>
        <w:tc>
          <w:tcPr>
            <w:tcW w:w="6896" w:type="dxa"/>
          </w:tcPr>
          <w:p w14:paraId="417CA54B" w14:textId="77777777" w:rsidR="006769D4" w:rsidRPr="002573E8" w:rsidRDefault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1DC38B33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3D590482" w14:textId="3BFB03EE" w:rsidR="006769D4" w:rsidRPr="002573E8" w:rsidRDefault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E-račun:</w:t>
            </w:r>
          </w:p>
        </w:tc>
        <w:tc>
          <w:tcPr>
            <w:tcW w:w="6896" w:type="dxa"/>
          </w:tcPr>
          <w:p w14:paraId="105F3763" w14:textId="02DD4D3E" w:rsidR="006769D4" w:rsidRPr="002573E8" w:rsidRDefault="006769D4">
            <w:pPr>
              <w:spacing w:after="40"/>
              <w:rPr>
                <w:rFonts w:ascii="Arial" w:hAnsi="Arial" w:cs="Arial"/>
                <w:lang w:val="sl-SI"/>
              </w:rPr>
            </w:pPr>
            <w:r w:rsidRPr="002573E8">
              <w:rPr>
                <w:rFonts w:ascii="Arial" w:hAnsi="Arial" w:cs="Arial"/>
                <w:lang w:val="sl-SI"/>
              </w:rPr>
              <w:t>DA / NE</w:t>
            </w:r>
          </w:p>
        </w:tc>
      </w:tr>
      <w:tr w:rsidR="006769D4" w:rsidRPr="002573E8" w14:paraId="58E5D173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71BFEA55" w14:textId="77777777" w:rsidR="006769D4" w:rsidRPr="002573E8" w:rsidRDefault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Regija:</w:t>
            </w:r>
          </w:p>
        </w:tc>
        <w:tc>
          <w:tcPr>
            <w:tcW w:w="6896" w:type="dxa"/>
          </w:tcPr>
          <w:p w14:paraId="381FA840" w14:textId="77777777" w:rsidR="006769D4" w:rsidRPr="002573E8" w:rsidRDefault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68982ACA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03A10AF0" w14:textId="30E72DE4" w:rsidR="006769D4" w:rsidRPr="002573E8" w:rsidRDefault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Število tekmovalcev M:</w:t>
            </w:r>
          </w:p>
        </w:tc>
        <w:tc>
          <w:tcPr>
            <w:tcW w:w="6896" w:type="dxa"/>
          </w:tcPr>
          <w:p w14:paraId="1013CB31" w14:textId="77777777" w:rsidR="006769D4" w:rsidRPr="002573E8" w:rsidRDefault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6DD8B9D3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6AA3C2BB" w14:textId="5EA99583" w:rsidR="006769D4" w:rsidRPr="002573E8" w:rsidRDefault="006769D4" w:rsidP="006769D4">
            <w:pPr>
              <w:rPr>
                <w:rFonts w:ascii="Arial" w:hAnsi="Arial" w:cs="Arial"/>
                <w:b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Število tekmovalcev Ž:</w:t>
            </w:r>
          </w:p>
        </w:tc>
        <w:tc>
          <w:tcPr>
            <w:tcW w:w="6896" w:type="dxa"/>
          </w:tcPr>
          <w:p w14:paraId="27727AAB" w14:textId="77777777" w:rsidR="006769D4" w:rsidRPr="002573E8" w:rsidRDefault="006769D4" w:rsidP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41126BE5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30AE7F32" w14:textId="77777777" w:rsidR="006769D4" w:rsidRPr="002573E8" w:rsidRDefault="006769D4" w:rsidP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Število spremljevalcev:</w:t>
            </w:r>
          </w:p>
        </w:tc>
        <w:tc>
          <w:tcPr>
            <w:tcW w:w="6896" w:type="dxa"/>
          </w:tcPr>
          <w:p w14:paraId="1F4216BF" w14:textId="77777777" w:rsidR="006769D4" w:rsidRPr="002573E8" w:rsidRDefault="006769D4" w:rsidP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2BB85D6D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7AC1FAD1" w14:textId="77777777" w:rsidR="006769D4" w:rsidRPr="002573E8" w:rsidRDefault="006769D4" w:rsidP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Kontaktna oseba:</w:t>
            </w:r>
          </w:p>
        </w:tc>
        <w:tc>
          <w:tcPr>
            <w:tcW w:w="6896" w:type="dxa"/>
          </w:tcPr>
          <w:p w14:paraId="5F26EA49" w14:textId="77777777" w:rsidR="006769D4" w:rsidRPr="002573E8" w:rsidRDefault="006769D4" w:rsidP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6448CA7F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5AE4F48A" w14:textId="77777777" w:rsidR="006769D4" w:rsidRPr="002573E8" w:rsidRDefault="006769D4" w:rsidP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Telefon kontaktne osebe:</w:t>
            </w:r>
          </w:p>
        </w:tc>
        <w:tc>
          <w:tcPr>
            <w:tcW w:w="6896" w:type="dxa"/>
          </w:tcPr>
          <w:p w14:paraId="03637C12" w14:textId="77777777" w:rsidR="006769D4" w:rsidRPr="002573E8" w:rsidRDefault="006769D4" w:rsidP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41229D8F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578D4B3E" w14:textId="77777777" w:rsidR="006769D4" w:rsidRPr="002573E8" w:rsidRDefault="006769D4" w:rsidP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E-naslov kontaktne osebe:</w:t>
            </w:r>
          </w:p>
        </w:tc>
        <w:tc>
          <w:tcPr>
            <w:tcW w:w="6896" w:type="dxa"/>
          </w:tcPr>
          <w:p w14:paraId="55CB73A5" w14:textId="77777777" w:rsidR="006769D4" w:rsidRPr="002573E8" w:rsidRDefault="006769D4" w:rsidP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</w:tbl>
    <w:p w14:paraId="68034326" w14:textId="77777777" w:rsidR="00067E68" w:rsidRPr="002573E8" w:rsidRDefault="00067E68">
      <w:pPr>
        <w:spacing w:after="120"/>
        <w:rPr>
          <w:rFonts w:ascii="Arial" w:hAnsi="Arial" w:cs="Arial"/>
          <w:lang w:val="sl-SI"/>
        </w:rPr>
      </w:pPr>
    </w:p>
    <w:p w14:paraId="7DB6E710" w14:textId="77777777" w:rsidR="006769D4" w:rsidRPr="002573E8" w:rsidRDefault="0015460C">
      <w:pPr>
        <w:rPr>
          <w:rFonts w:ascii="Arial" w:hAnsi="Arial" w:cs="Arial"/>
          <w:i/>
          <w:lang w:val="sl-SI"/>
        </w:rPr>
      </w:pPr>
      <w:r w:rsidRPr="002573E8">
        <w:rPr>
          <w:rFonts w:ascii="Arial" w:hAnsi="Arial" w:cs="Arial"/>
          <w:i/>
          <w:lang w:val="sl-SI"/>
        </w:rPr>
        <w:t>Prijava šteje kot naročilo za izstavljen račun, ki vam ga pošljemo po turnirju.</w:t>
      </w:r>
    </w:p>
    <w:p w14:paraId="024D6192" w14:textId="6E73B1A6" w:rsidR="006769D4" w:rsidRPr="002573E8" w:rsidRDefault="0015460C">
      <w:pPr>
        <w:rPr>
          <w:rFonts w:ascii="Arial" w:hAnsi="Arial" w:cs="Arial"/>
          <w:b/>
          <w:lang w:val="sl-SI"/>
        </w:rPr>
      </w:pPr>
      <w:r w:rsidRPr="002573E8">
        <w:rPr>
          <w:rFonts w:ascii="Arial" w:hAnsi="Arial" w:cs="Arial"/>
          <w:b/>
          <w:lang w:val="sl-SI"/>
        </w:rPr>
        <w:t>Žig organizacije</w:t>
      </w:r>
      <w:r w:rsidR="006769D4" w:rsidRPr="002573E8">
        <w:rPr>
          <w:rFonts w:ascii="Arial" w:hAnsi="Arial" w:cs="Arial"/>
          <w:b/>
          <w:lang w:val="sl-SI"/>
        </w:rPr>
        <w:t xml:space="preserve"> </w:t>
      </w:r>
    </w:p>
    <w:p w14:paraId="6033FE97" w14:textId="67731DFF" w:rsidR="00067E68" w:rsidRPr="002573E8" w:rsidRDefault="0015460C">
      <w:pPr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lang w:val="sl-SI"/>
        </w:rPr>
        <w:t xml:space="preserve">Podpis odgovorne osebe: </w:t>
      </w:r>
    </w:p>
    <w:sectPr w:rsidR="00067E68" w:rsidRPr="002573E8" w:rsidSect="002573E8">
      <w:headerReference w:type="default" r:id="rId20"/>
      <w:footerReference w:type="default" r:id="rId21"/>
      <w:pgSz w:w="12240" w:h="15840"/>
      <w:pgMar w:top="737" w:right="862" w:bottom="737" w:left="86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AA9FC" w14:textId="77777777" w:rsidR="002A26F1" w:rsidRDefault="002A26F1" w:rsidP="002573E8">
      <w:pPr>
        <w:spacing w:after="0" w:line="240" w:lineRule="auto"/>
      </w:pPr>
      <w:r>
        <w:separator/>
      </w:r>
    </w:p>
  </w:endnote>
  <w:endnote w:type="continuationSeparator" w:id="0">
    <w:p w14:paraId="7CCFC60C" w14:textId="77777777" w:rsidR="002A26F1" w:rsidRDefault="002A26F1" w:rsidP="00257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AFB75" w14:textId="3B216E5B" w:rsidR="008025D4" w:rsidRPr="008025D4" w:rsidRDefault="008025D4" w:rsidP="008025D4">
    <w:pPr>
      <w:pStyle w:val="Noga"/>
      <w:jc w:val="right"/>
      <w:rPr>
        <w:rFonts w:ascii="Arial" w:hAnsi="Arial" w:cs="Arial"/>
        <w:sz w:val="16"/>
        <w:szCs w:val="16"/>
      </w:rPr>
    </w:pPr>
    <w:r w:rsidRPr="008025D4">
      <w:rPr>
        <w:rFonts w:ascii="Arial" w:hAnsi="Arial" w:cs="Arial"/>
        <w:sz w:val="16"/>
        <w:szCs w:val="16"/>
        <w:lang w:val="sl-SI"/>
      </w:rPr>
      <w:t xml:space="preserve">Stran </w:t>
    </w:r>
    <w:r w:rsidRPr="008025D4">
      <w:rPr>
        <w:rFonts w:ascii="Arial" w:hAnsi="Arial" w:cs="Arial"/>
        <w:b/>
        <w:bCs/>
        <w:sz w:val="16"/>
        <w:szCs w:val="16"/>
      </w:rPr>
      <w:fldChar w:fldCharType="begin"/>
    </w:r>
    <w:r w:rsidRPr="008025D4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8025D4"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</w:rPr>
      <w:t>1</w:t>
    </w:r>
    <w:r w:rsidRPr="008025D4">
      <w:rPr>
        <w:rFonts w:ascii="Arial" w:hAnsi="Arial" w:cs="Arial"/>
        <w:b/>
        <w:bCs/>
        <w:sz w:val="16"/>
        <w:szCs w:val="16"/>
      </w:rPr>
      <w:fldChar w:fldCharType="end"/>
    </w:r>
    <w:r w:rsidRPr="008025D4">
      <w:rPr>
        <w:rFonts w:ascii="Arial" w:hAnsi="Arial" w:cs="Arial"/>
        <w:sz w:val="16"/>
        <w:szCs w:val="16"/>
        <w:lang w:val="sl-SI"/>
      </w:rPr>
      <w:t xml:space="preserve"> od </w:t>
    </w:r>
    <w:r w:rsidRPr="008025D4">
      <w:rPr>
        <w:rFonts w:ascii="Arial" w:hAnsi="Arial" w:cs="Arial"/>
        <w:b/>
        <w:bCs/>
        <w:sz w:val="16"/>
        <w:szCs w:val="16"/>
      </w:rPr>
      <w:fldChar w:fldCharType="begin"/>
    </w:r>
    <w:r w:rsidRPr="008025D4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8025D4"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</w:rPr>
      <w:t>6</w:t>
    </w:r>
    <w:r w:rsidRPr="008025D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6576D" w14:textId="77777777" w:rsidR="002A26F1" w:rsidRDefault="002A26F1" w:rsidP="002573E8">
      <w:pPr>
        <w:spacing w:after="0" w:line="240" w:lineRule="auto"/>
      </w:pPr>
      <w:r>
        <w:separator/>
      </w:r>
    </w:p>
  </w:footnote>
  <w:footnote w:type="continuationSeparator" w:id="0">
    <w:p w14:paraId="29A0E780" w14:textId="77777777" w:rsidR="002A26F1" w:rsidRDefault="002A26F1" w:rsidP="00257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64219" w14:textId="2D1A9520" w:rsidR="002573E8" w:rsidRDefault="002573E8" w:rsidP="002573E8">
    <w:pPr>
      <w:pStyle w:val="Glava"/>
      <w:jc w:val="center"/>
    </w:pPr>
    <w:r>
      <w:rPr>
        <w:noProof/>
      </w:rPr>
      <w:drawing>
        <wp:inline distT="0" distB="0" distL="0" distR="0" wp14:anchorId="508792DD" wp14:editId="59A4997E">
          <wp:extent cx="1661160" cy="838200"/>
          <wp:effectExtent l="0" t="0" r="0" b="0"/>
          <wp:docPr id="56" name="Slika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16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CE5AAFE" wp14:editId="6C5BACCC">
          <wp:extent cx="1104900" cy="1318260"/>
          <wp:effectExtent l="0" t="0" r="0" b="0"/>
          <wp:docPr id="57" name="Slika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318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A7861A1" wp14:editId="5E741A0A">
          <wp:extent cx="2103120" cy="769620"/>
          <wp:effectExtent l="0" t="0" r="0" b="0"/>
          <wp:docPr id="58" name="Slika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1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C122A0" w14:textId="77777777" w:rsidR="002573E8" w:rsidRDefault="002573E8" w:rsidP="002573E8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0201856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DF0529"/>
    <w:multiLevelType w:val="hybridMultilevel"/>
    <w:tmpl w:val="4F76B4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065231"/>
    <w:multiLevelType w:val="hybridMultilevel"/>
    <w:tmpl w:val="984E6A36"/>
    <w:lvl w:ilvl="0" w:tplc="1A00CF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954558">
    <w:abstractNumId w:val="8"/>
  </w:num>
  <w:num w:numId="2" w16cid:durableId="897859148">
    <w:abstractNumId w:val="6"/>
  </w:num>
  <w:num w:numId="3" w16cid:durableId="123161837">
    <w:abstractNumId w:val="5"/>
  </w:num>
  <w:num w:numId="4" w16cid:durableId="1913541265">
    <w:abstractNumId w:val="4"/>
  </w:num>
  <w:num w:numId="5" w16cid:durableId="35351347">
    <w:abstractNumId w:val="7"/>
  </w:num>
  <w:num w:numId="6" w16cid:durableId="614097481">
    <w:abstractNumId w:val="3"/>
  </w:num>
  <w:num w:numId="7" w16cid:durableId="1318419855">
    <w:abstractNumId w:val="2"/>
  </w:num>
  <w:num w:numId="8" w16cid:durableId="1084451436">
    <w:abstractNumId w:val="1"/>
  </w:num>
  <w:num w:numId="9" w16cid:durableId="1930769539">
    <w:abstractNumId w:val="0"/>
  </w:num>
  <w:num w:numId="10" w16cid:durableId="572853139">
    <w:abstractNumId w:val="9"/>
  </w:num>
  <w:num w:numId="11" w16cid:durableId="16473978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E68"/>
    <w:rsid w:val="000805CF"/>
    <w:rsid w:val="000B532F"/>
    <w:rsid w:val="0015074B"/>
    <w:rsid w:val="0015460C"/>
    <w:rsid w:val="001D69D6"/>
    <w:rsid w:val="002573E8"/>
    <w:rsid w:val="00266402"/>
    <w:rsid w:val="0029639D"/>
    <w:rsid w:val="002A26F1"/>
    <w:rsid w:val="00326F90"/>
    <w:rsid w:val="003C1307"/>
    <w:rsid w:val="004F3E3B"/>
    <w:rsid w:val="0056106F"/>
    <w:rsid w:val="00633EBE"/>
    <w:rsid w:val="00657832"/>
    <w:rsid w:val="006769D4"/>
    <w:rsid w:val="006B1303"/>
    <w:rsid w:val="00773C3B"/>
    <w:rsid w:val="008025D4"/>
    <w:rsid w:val="008B363C"/>
    <w:rsid w:val="008C2871"/>
    <w:rsid w:val="009705B2"/>
    <w:rsid w:val="009832F5"/>
    <w:rsid w:val="00AA1D8D"/>
    <w:rsid w:val="00B40868"/>
    <w:rsid w:val="00B47730"/>
    <w:rsid w:val="00B876FE"/>
    <w:rsid w:val="00C06FC8"/>
    <w:rsid w:val="00C855F0"/>
    <w:rsid w:val="00CB0664"/>
    <w:rsid w:val="00D7002A"/>
    <w:rsid w:val="00E632A4"/>
    <w:rsid w:val="00F93D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B989AA5"/>
  <w14:defaultImageDpi w14:val="300"/>
  <w15:docId w15:val="{5E964D74-E5C9-4042-8085-96432FF9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povezava">
    <w:name w:val="Hyperlink"/>
    <w:basedOn w:val="Privzetapisavaodstavka"/>
    <w:uiPriority w:val="99"/>
    <w:unhideWhenUsed/>
    <w:rsid w:val="000805CF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573E8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633EB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33EB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33EB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33EB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33EBE"/>
    <w:rPr>
      <w:b/>
      <w:bCs/>
      <w:sz w:val="20"/>
      <w:szCs w:val="20"/>
    </w:rPr>
  </w:style>
  <w:style w:type="character" w:styleId="SledenaHiperpovezava">
    <w:name w:val="FollowedHyperlink"/>
    <w:basedOn w:val="Privzetapisavaodstavka"/>
    <w:uiPriority w:val="99"/>
    <w:semiHidden/>
    <w:unhideWhenUsed/>
    <w:rsid w:val="008025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google.com/spreadsheets/d/1-r8j4zVfCwlWW7j2Yg0lfL11MNXyMfkRaFBlOO6DS5w/edit?usp=sharing" TargetMode="External"/><Relationship Id="rId18" Type="http://schemas.openxmlformats.org/officeDocument/2006/relationships/hyperlink" Target="mailto:domen.pociecha@vdc-zasavje.si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forms.gle/PiuihZxQue5QdCNF9" TargetMode="External"/><Relationship Id="rId17" Type="http://schemas.openxmlformats.org/officeDocument/2006/relationships/hyperlink" Target="mailto:tinkara.kovac@vdc-zasavje.si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inkara.kovac@vdc-zasavje.si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ps.app.goo.gl/9L2P98j9eAauavDJ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google.com/spreadsheets/d/1-r8j4zVfCwlWW7j2Yg0lfL11MNXyMfkRaFBlOO6DS5w/edit?usp=sharin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vdc-zasavje.si/" TargetMode="External"/><Relationship Id="rId19" Type="http://schemas.openxmlformats.org/officeDocument/2006/relationships/hyperlink" Target="mailto:tinkara.kovac@vdc-zasavje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pecialna-olimpiada.si/" TargetMode="External"/><Relationship Id="rId14" Type="http://schemas.openxmlformats.org/officeDocument/2006/relationships/hyperlink" Target="https://forms.gle/PiuihZxQue5QdCNF9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867</Words>
  <Characters>4943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Domen Pociecha</cp:lastModifiedBy>
  <cp:revision>17</cp:revision>
  <cp:lastPrinted>2026-10-13T10:54:00Z</cp:lastPrinted>
  <dcterms:created xsi:type="dcterms:W3CDTF">2026-10-12T12:13:00Z</dcterms:created>
  <dcterms:modified xsi:type="dcterms:W3CDTF">2026-10-13T10:54:00Z</dcterms:modified>
  <cp:category/>
</cp:coreProperties>
</file>